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drawing>
          <wp:inline xmlns:a="http://schemas.openxmlformats.org/drawingml/2006/main" xmlns:pic="http://schemas.openxmlformats.org/drawingml/2006/picture">
            <wp:extent cx="4297680" cy="6446520"/>
            <wp:docPr id="1" name="Picture 1"/>
            <wp:cNvGraphicFramePr>
              <a:graphicFrameLocks noChangeAspect="1"/>
            </wp:cNvGraphicFramePr>
            <a:graphic>
              <a:graphicData uri="http://schemas.openxmlformats.org/drawingml/2006/picture">
                <pic:pic>
                  <pic:nvPicPr>
                    <pic:cNvPr id="0" name="image1.png"/>
                    <pic:cNvPicPr/>
                  </pic:nvPicPr>
                  <pic:blipFill>
                    <a:blip r:embed="rId9"/>
                    <a:stretch>
                      <a:fillRect/>
                    </a:stretch>
                  </pic:blipFill>
                  <pic:spPr>
                    <a:xfrm>
                      <a:off x="0" y="0"/>
                      <a:ext cx="4297680" cy="6446520"/>
                    </a:xfrm>
                    <a:prstGeom prst="rect"/>
                  </pic:spPr>
                </pic:pic>
              </a:graphicData>
            </a:graphic>
          </wp:inline>
        </w:drawing>
      </w:r>
    </w:p>
    <w:p>
      <w:pPr>
        <w:sectPr>
          <w:pgSz w:w="7920" w:h="12240"/>
          <w:pgMar w:top="576" w:right="576" w:bottom="576" w:left="576" w:header="346" w:footer="403" w:gutter="0"/>
          <w:cols w:space="720"/>
          <w:docGrid w:linePitch="360"/>
        </w:sectPr>
      </w:pPr>
    </w:p>
    <w:p>
      <w:pPr>
        <w:spacing w:before="1160"/>
        <w:jc w:val="center"/>
      </w:pPr>
      <w:r>
        <w:rPr>
          <w:rFonts w:ascii="Garamond" w:hAnsi="Garamond"/>
          <w:b/>
          <w:color w:val="0C5893"/>
          <w:sz w:val="48"/>
        </w:rPr>
        <w:t>ORACIÓN DE INTERCESIÓN</w:t>
        <w:br/>
        <w:t>Y GUERRA ESPIRITUAL</w:t>
      </w:r>
    </w:p>
    <w:p>
      <w:pPr>
        <w:widowControl/>
        <w:jc w:val="center"/>
      </w:pPr>
      <w:r>
        <w:rPr>
          <w:rFonts w:ascii="Garamond" w:hAnsi="Garamond"/>
          <w:i/>
          <w:color w:val="17366D"/>
          <w:sz w:val="28"/>
        </w:rPr>
        <w:t>Oración por la familia, el matrimonio, las finanzas, los hijos y la Iglesia</w:t>
      </w:r>
    </w:p>
    <w:p>
      <w:pPr>
        <w:spacing w:before="680"/>
        <w:jc w:val="center"/>
      </w:pPr>
      <w:r>
        <w:rPr>
          <w:rFonts w:ascii="Garamond" w:hAnsi="Garamond"/>
          <w:b/>
          <w:sz w:val="22"/>
        </w:rPr>
        <w:t>IGLESIA JESÚS REY DE REYES</w:t>
        <w:br/>
      </w:r>
      <w:r>
        <w:rPr>
          <w:rFonts w:ascii="Garamond" w:hAnsi="Garamond"/>
          <w:sz w:val="22"/>
        </w:rPr>
        <w:t>Pastor Francisco Gómez</w:t>
      </w:r>
    </w:p>
    <w:p>
      <w:pPr>
        <w:widowControl/>
        <w:jc w:val="center"/>
      </w:pPr>
      <w:r>
        <w:rPr>
          <w:rFonts w:ascii="Garamond" w:hAnsi="Garamond"/>
          <w:sz w:val="18"/>
        </w:rPr>
        <w:t>Ministraciones diarias: zoom.us/j/9490200658</w:t>
        <w:br/>
        <w:t>33776 N. Hwy. 146, Cleveland, TX 77327</w:t>
        <w:br/>
        <w:t>(877) 537-8755 | jesusreydereyes.com</w:t>
        <w:br/>
        <w:t>fddeliveranceministry@gmail.com</w:t>
      </w:r>
    </w:p>
    <w:p>
      <w:r>
        <w:br w:type="page"/>
      </w:r>
    </w:p>
    <w:p>
      <w:pPr>
        <w:pStyle w:val="Heading1"/>
      </w:pPr>
      <w:r>
        <w:t>DEDICACIÓN</w:t>
      </w:r>
    </w:p>
    <w:p>
      <w:pPr>
        <w:widowControl/>
      </w:pPr>
      <w:r>
        <w:t>Para todos los que son parte de nuestra iglesia Jesús Rey de Reyes, quienes pasamos juntos ocho o más horas cada día unidos en oración en línea, peleando la batalla espiritual por nuestra iglesia, nuestra familia y el mundo.</w:t>
      </w:r>
    </w:p>
    <w:p>
      <w:pPr>
        <w:widowControl/>
      </w:pPr>
      <w:r>
        <w:t>Para toda mi familia: todos los que hacen la voluntad del Padre que está en el cielo.</w:t>
      </w:r>
    </w:p>
    <w:p>
      <w:pPr>
        <w:widowControl/>
      </w:pPr>
      <w:r>
        <w:t>Y, especialmente, dedico este libro a todos los que han laborado arduamente para hacer que todo esto sea posible.</w:t>
      </w:r>
    </w:p>
    <w:p>
      <w:pPr>
        <w:pStyle w:val="ListBullet"/>
        <w:widowControl/>
      </w:pPr>
      <w:r>
        <w:t>Natalia Álvarez (México)</w:t>
      </w:r>
    </w:p>
    <w:p>
      <w:pPr>
        <w:pStyle w:val="ListBullet"/>
        <w:widowControl/>
      </w:pPr>
      <w:r>
        <w:t>Fidelina Galeano (Paraguay)</w:t>
      </w:r>
    </w:p>
    <w:p>
      <w:pPr>
        <w:pStyle w:val="ListBullet"/>
        <w:widowControl/>
      </w:pPr>
      <w:r>
        <w:t>Carmen Legra (Sudáfrica)</w:t>
      </w:r>
    </w:p>
    <w:p>
      <w:pPr>
        <w:pStyle w:val="ListBullet"/>
        <w:widowControl/>
      </w:pPr>
      <w:r>
        <w:t>Moisés Morales (Guatemala)</w:t>
      </w:r>
    </w:p>
    <w:p>
      <w:pPr>
        <w:pStyle w:val="ListBullet"/>
        <w:widowControl/>
      </w:pPr>
      <w:r>
        <w:t>Plácido Pereira (Paraguay)</w:t>
      </w:r>
    </w:p>
    <w:p>
      <w:pPr>
        <w:pStyle w:val="ListBullet"/>
        <w:widowControl/>
      </w:pPr>
      <w:r>
        <w:t>Melva Martínez (Nueva Jersey)</w:t>
      </w:r>
    </w:p>
    <w:p>
      <w:pPr>
        <w:pStyle w:val="ListBullet"/>
        <w:widowControl/>
      </w:pPr>
      <w:r>
        <w:t>María Mejía (Texas)</w:t>
      </w:r>
    </w:p>
    <w:p>
      <w:pPr>
        <w:pStyle w:val="ListBullet"/>
        <w:widowControl/>
      </w:pPr>
      <w:r>
        <w:t>Patricia Aristizábal</w:t>
      </w:r>
    </w:p>
    <w:p>
      <w:pPr>
        <w:pStyle w:val="ListBullet"/>
        <w:widowControl/>
      </w:pPr>
      <w:r>
        <w:t>Armando Aristizábal</w:t>
      </w:r>
    </w:p>
    <w:p>
      <w:r>
        <w:br w:type="page"/>
      </w:r>
    </w:p>
    <w:p>
      <w:pPr>
        <w:pStyle w:val="Heading1"/>
      </w:pPr>
      <w:r>
        <w:t>PREFACIO</w:t>
      </w:r>
    </w:p>
    <w:p>
      <w:pPr>
        <w:widowControl/>
      </w:pPr>
      <w:r>
        <w:t>Les saluda el pastor Francisco Gómez de la iglesia Jesús Rey de Reyes. Esta oración, originalmente destinada a los intercesores de nuestro Ministerio, ahora está disponible para todos debido a su impacto positivo comprobado en quienes la han utilizado diariamente.</w:t>
      </w:r>
    </w:p>
    <w:p>
      <w:pPr>
        <w:widowControl/>
      </w:pPr>
      <w:r>
        <w:t>Pronto estaremos publicando varios libros con oraciones para cada área de las más comunes que el enemigo ataca incluyendo la salud, finanzas, hijos, matrimonio, autismo, locura, confusión, emociones, iglesia, oraciones para los animales, para la cosechas, para los negocios, oraciones para los vehículos y electrónicos y mucho más.</w:t>
      </w:r>
    </w:p>
    <w:p>
      <w:pPr>
        <w:widowControl/>
      </w:pPr>
      <w:r>
        <w:t>Estas oraciones son el resultado de la misericordia de Dios que nos ha permitido servirle compartiendo la palabra, con muchos ayunos ministrando sanidad y liberación por más de siete años continuos. Durante estos años el Señor nos ha permitido ministrar a personas por más de 8 horas cada día y hemos tenido la bendición de ayunar por más de 500 días.</w:t>
      </w:r>
    </w:p>
    <w:p>
      <w:pPr>
        <w:widowControl/>
      </w:pPr>
      <w:r>
        <w:t>En estos libros compartiré las revelaciones y expondré los poderes de las tinieblas que están oponiendo el propósito de Dios para tu vida, familia e iglesia, y no solo serán expuestos a la vez les compartiré el cómo orar con autoridad de una manera sencilla pero muy efectiva en la que El Señor me ha mostrado.</w:t>
      </w:r>
    </w:p>
    <w:p>
      <w:pPr>
        <w:widowControl/>
      </w:pPr>
      <w:r>
        <w:t>Unidos somos más fuertes: uno pone a correr a mil y dos a diez mil. ¿Qué acontecerá cuando seamos docenas de diez mil intercediendo?</w:t>
      </w:r>
    </w:p>
    <w:p>
      <w:r>
        <w:br w:type="page"/>
      </w:r>
    </w:p>
    <w:p>
      <w:pPr>
        <w:pStyle w:val="Heading1"/>
      </w:pPr>
      <w:r>
        <w:t>RECURSOS DE AYUDA</w:t>
      </w:r>
    </w:p>
    <w:p>
      <w:pPr>
        <w:widowControl/>
      </w:pPr>
      <w:r>
        <w:t>Bienvenidos a la serie de recursos ofrecidos por la Iglesia Jesús Rey de Reyes, diseñados para quienes buscan experimentar una verdadera sanidad y libertad física, emocional, mental y espiritual en sus vidas.</w:t>
      </w:r>
    </w:p>
    <w:p>
      <w:pPr>
        <w:widowControl/>
      </w:pPr>
      <w:r>
        <w:t>A través de esta serie, proporcionamos herramientas prácticas y espirituales basadas en principios bíblicos para acompañar a cada persona en su camino de fe.</w:t>
      </w:r>
    </w:p>
    <w:p>
      <w:pPr>
        <w:pStyle w:val="Heading2"/>
      </w:pPr>
      <w:r>
        <w:t>Nuestros recursos incluyen</w:t>
      </w:r>
    </w:p>
    <w:p>
      <w:pPr>
        <w:pStyle w:val="ListBullet"/>
        <w:widowControl/>
      </w:pPr>
      <w:r>
        <w:t>Enseñanzas bíblicas.</w:t>
      </w:r>
    </w:p>
    <w:p>
      <w:pPr>
        <w:pStyle w:val="ListBullet"/>
        <w:widowControl/>
      </w:pPr>
      <w:r>
        <w:t>Consejería pastoral.</w:t>
      </w:r>
    </w:p>
    <w:p>
      <w:pPr>
        <w:pStyle w:val="ListBullet"/>
        <w:widowControl/>
      </w:pPr>
      <w:r>
        <w:t>Oración e intercesión.</w:t>
      </w:r>
    </w:p>
    <w:p>
      <w:pPr>
        <w:pStyle w:val="ListBullet"/>
        <w:widowControl/>
      </w:pPr>
      <w:r>
        <w:t>Grupos de apoyo en WhatsApp, Facebook y Telegram.</w:t>
      </w:r>
    </w:p>
    <w:p>
      <w:pPr>
        <w:pStyle w:val="ListBullet"/>
        <w:widowControl/>
      </w:pPr>
      <w:r>
        <w:t>Ministraciones y campañas presenciales y en línea.</w:t>
      </w:r>
    </w:p>
    <w:p>
      <w:pPr>
        <w:pStyle w:val="ListBullet"/>
        <w:widowControl/>
      </w:pPr>
      <w:r>
        <w:t>Libros, videos, enseñanzas y oraciones en español e inglés.</w:t>
      </w:r>
    </w:p>
    <w:p>
      <w:pPr>
        <w:pStyle w:val="Heading2"/>
      </w:pPr>
      <w:r>
        <w:t>Enlaces importantes</w:t>
      </w:r>
    </w:p>
    <w:p>
      <w:pPr>
        <w:pStyle w:val="ListBullet"/>
      </w:pPr>
      <w:r>
        <w:t xml:space="preserve">Página web: </w:t>
      </w:r>
      <w:hyperlink r:id="rId12">
        <w:r>
          <w:rPr>
            <w:color w:val="0C5893"/>
            <w:u w:val="single"/>
          </w:rPr>
          <w:t>https://jesusreydereyes.com/</w:t>
        </w:r>
      </w:hyperlink>
    </w:p>
    <w:p>
      <w:pPr>
        <w:pStyle w:val="ListBullet"/>
      </w:pPr>
      <w:r>
        <w:t xml:space="preserve">Eventos: </w:t>
      </w:r>
      <w:hyperlink r:id="rId13">
        <w:r>
          <w:rPr>
            <w:color w:val="0C5893"/>
            <w:u w:val="single"/>
          </w:rPr>
          <w:t>https://jesusreydereyes.com/eventos/</w:t>
        </w:r>
      </w:hyperlink>
    </w:p>
    <w:p>
      <w:pPr>
        <w:pStyle w:val="ListBullet"/>
      </w:pPr>
      <w:r>
        <w:t xml:space="preserve">Oraciones: </w:t>
      </w:r>
      <w:hyperlink r:id="rId14">
        <w:r>
          <w:rPr>
            <w:color w:val="0C5893"/>
            <w:u w:val="single"/>
          </w:rPr>
          <w:t>https://jesusreydereyes.com/category/oraciones/</w:t>
        </w:r>
      </w:hyperlink>
    </w:p>
    <w:p>
      <w:pPr>
        <w:pStyle w:val="ListBullet"/>
      </w:pPr>
      <w:r>
        <w:t xml:space="preserve">Enseñanzas: </w:t>
      </w:r>
      <w:hyperlink r:id="rId15">
        <w:r>
          <w:rPr>
            <w:color w:val="0C5893"/>
            <w:u w:val="single"/>
          </w:rPr>
          <w:t>https://jesusreydereyes.com/category/ensenanzas/</w:t>
        </w:r>
      </w:hyperlink>
    </w:p>
    <w:p>
      <w:pPr>
        <w:pStyle w:val="ListBullet"/>
      </w:pPr>
      <w:r>
        <w:t xml:space="preserve">Testimonios: </w:t>
      </w:r>
      <w:hyperlink r:id="rId16">
        <w:r>
          <w:rPr>
            <w:color w:val="0C5893"/>
            <w:u w:val="single"/>
          </w:rPr>
          <w:t>https://jesusreydereyes.com/testimonios/</w:t>
        </w:r>
      </w:hyperlink>
    </w:p>
    <w:p>
      <w:pPr>
        <w:pStyle w:val="ListBullet"/>
      </w:pPr>
      <w:r>
        <w:t xml:space="preserve">Contacto: </w:t>
      </w:r>
      <w:hyperlink r:id="rId17">
        <w:r>
          <w:rPr>
            <w:color w:val="0C5893"/>
            <w:u w:val="single"/>
          </w:rPr>
          <w:t>https://jesusreydereyes.com/contactanos/</w:t>
        </w:r>
      </w:hyperlink>
    </w:p>
    <w:p>
      <w:pPr>
        <w:pStyle w:val="ListBullet"/>
      </w:pPr>
      <w:r>
        <w:t xml:space="preserve">YouTube en español: </w:t>
      </w:r>
      <w:hyperlink r:id="rId18">
        <w:r>
          <w:rPr>
            <w:color w:val="0C5893"/>
            <w:u w:val="single"/>
          </w:rPr>
          <w:t>https://www.youtube.com/@guerraespiritualFranciscoGomez</w:t>
        </w:r>
      </w:hyperlink>
    </w:p>
    <w:p>
      <w:pPr>
        <w:pStyle w:val="ListBullet"/>
      </w:pPr>
      <w:r>
        <w:t xml:space="preserve">YouTube en inglés: </w:t>
      </w:r>
      <w:hyperlink r:id="rId19">
        <w:r>
          <w:rPr>
            <w:color w:val="0C5893"/>
            <w:u w:val="single"/>
          </w:rPr>
          <w:t>https://www.youtube.com/@jesuskingofkingschurch7273/videos</w:t>
        </w:r>
      </w:hyperlink>
    </w:p>
    <w:p>
      <w:pPr>
        <w:pStyle w:val="ListBullet"/>
      </w:pPr>
      <w:r>
        <w:t xml:space="preserve">Ofrendas: </w:t>
      </w:r>
      <w:hyperlink r:id="rId20">
        <w:r>
          <w:rPr>
            <w:color w:val="0C5893"/>
            <w:u w:val="single"/>
          </w:rPr>
          <w:t>https://jesusreydereyes.com/ofrenda/</w:t>
        </w:r>
      </w:hyperlink>
    </w:p>
    <w:p>
      <w:r>
        <w:br w:type="page"/>
      </w:r>
    </w:p>
    <w:p>
      <w:pPr>
        <w:pStyle w:val="Heading1"/>
      </w:pPr>
      <w:r>
        <w:t>CONTENIDO</w:t>
      </w:r>
    </w:p>
    <w:p>
      <w:pPr>
        <w:pStyle w:val="ListBullet"/>
        <w:widowControl/>
      </w:pPr>
      <w:r>
        <w:t>Prefacio</w:t>
      </w:r>
    </w:p>
    <w:p>
      <w:pPr>
        <w:pStyle w:val="ListBullet"/>
        <w:widowControl/>
      </w:pPr>
      <w:r>
        <w:t>Recursos de ayuda</w:t>
      </w:r>
    </w:p>
    <w:p>
      <w:pPr>
        <w:pStyle w:val="ListBullet"/>
        <w:widowControl/>
      </w:pPr>
      <w:r>
        <w:t>Oración de intercesión y guerra espiritual por la familia, las finanzas y la Iglesia</w:t>
      </w:r>
    </w:p>
    <w:p>
      <w:pPr>
        <w:pStyle w:val="ListBullet"/>
        <w:widowControl/>
      </w:pPr>
      <w:r>
        <w:t>Conclusión</w:t>
      </w:r>
    </w:p>
    <w:p>
      <w:pPr>
        <w:pStyle w:val="ListBullet"/>
        <w:widowControl/>
      </w:pPr>
      <w:r>
        <w:t>Próximas publicaciones</w:t>
      </w:r>
    </w:p>
    <w:p>
      <w:r>
        <w:br w:type="page"/>
      </w:r>
    </w:p>
    <w:p>
      <w:pPr>
        <w:pStyle w:val="Heading1"/>
      </w:pPr>
      <w:r>
        <w:t>ORACIÓN DE INTERCESIÓN Y GUERRA ESPIRITUAL</w:t>
      </w:r>
    </w:p>
    <w:p>
      <w:pPr>
        <w:pStyle w:val="Heading2"/>
      </w:pPr>
      <w:r>
        <w:t>Por la familia, las finanzas y la Iglesia</w:t>
      </w:r>
    </w:p>
    <w:p>
      <w:pPr>
        <w:pStyle w:val="Prayer"/>
        <w:widowControl/>
      </w:pPr>
      <w:r>
        <w:t>Padre celestial venimos ante ti en el nombre de Jesucristo te presento a cada uno de mis hijos, padres, hermanos a cada miembro de mi familia, también te presento a cada hermano y hermana de la Iglesia Jesús Rey de Reyes que venga a nosotros tu reino y que se haga tu voluntad en nuestra vida, en nuestra familia y en nuestra iglesia así como en el cielo no nos permita caer en tentación y líbranos del mal.</w:t>
      </w:r>
    </w:p>
    <w:p>
      <w:pPr>
        <w:pStyle w:val="Prayer"/>
        <w:widowControl/>
      </w:pPr>
      <w:r>
        <w:t>También te presento a cada persona que haya tenido algún contacto con nosotros, con nuestra familia o con algún hermano de la iglesia, cubro a cada persona por la que intercedo con la sangre de nuestro Señor Jesucristo, que haya fuego y luz en cada uno de nosotros en el nombre de Jesucristo.</w:t>
      </w:r>
    </w:p>
    <w:p>
      <w:pPr>
        <w:pStyle w:val="Prayer"/>
        <w:widowControl/>
      </w:pPr>
      <w:r>
        <w:t>Que toda oscuridad que quiera afectar a algunos de nosotros se desintegre con la luz en el nombre de Jesucristo, que todo demonio que esté utilizando alguna persona para ser mala influencia en contra nuestra o en contra de nuestro seres queridos que se enciendan en llamás en el nombre de Jesucristo.</w:t>
      </w:r>
    </w:p>
    <w:p>
      <w:pPr>
        <w:pStyle w:val="Prayer"/>
        <w:widowControl/>
      </w:pPr>
      <w:r>
        <w:t>Hay poder en el nombre de Jesucristo, las puertas del Hades no prevalecerán ante la iglesia de Jesucristo.</w:t>
      </w:r>
    </w:p>
    <w:p>
      <w:pPr>
        <w:pStyle w:val="Prayer"/>
        <w:widowControl/>
      </w:pPr>
      <w:r>
        <w:t>Vengo en contra de todo poder del enemigo que está oponiendo mi vida, familia y mi congregación y la Iglesia Jesús Rey de Reyes en el nombre de Jesucristo.</w:t>
      </w:r>
    </w:p>
    <w:p>
      <w:pPr>
        <w:pStyle w:val="Prayer"/>
        <w:widowControl/>
      </w:pPr>
      <w:r>
        <w:t>Todo trabajo enviado para bloquear planes, para bloquear papeleos, para que todo salga mal, yo lo rompo en el nombre de Jesucristo, toda maldición generacional de las finanzas que bloquea las bendiciones financieras yo la rompo en el nombre de Jesucristo, toda maldición de Jezabel hablada o conjurada para dañar los planes, para bloquear, para estancar, para encadenar, para limitar, yo la rompo en el nombre de Jesús. Todo acuerdo consciente o inconsciente hecho con las tinieblas a través de los sueños yo lo rompo en el nombre de Jesucristo, yo cubro todas las obras del enemigo, con la sangre de Cristo, que la justicia de Dios se haga contra todas las obras del enemigo en el nombre de Jesús.</w:t>
      </w:r>
    </w:p>
    <w:p>
      <w:pPr>
        <w:pStyle w:val="Prayer"/>
        <w:widowControl/>
      </w:pPr>
      <w:r>
        <w:t>Todo trabajo con la santa muerte, todo trabajo con la tercera división, todo trabajo con la corte africana, toda la brujería africana, la brujería indígena, enviada en contra de las finanzas yo la rompo en el nombre de Jesús, toda brujería latina, toda brujería americana, toda brujería masónica, toda la brujería Ilumínate, toda programación demoniaca hechas en las noches en contra nuestra, todo pacto o acuerdo hecho a través de los sueños, todo lo que las tinieblas ha enviado en contra de las finanzas o de cualquier otra área de nuestra vida yo las rompo en el nombre de Jesucristo.</w:t>
      </w:r>
    </w:p>
    <w:p>
      <w:pPr>
        <w:pStyle w:val="Prayer"/>
        <w:widowControl/>
      </w:pPr>
      <w:r>
        <w:t>Yo cubro todas las obras del enemigo con la sangre de Cristo, hay poder en el nombre de Jesús, ninguna arma forjada contra nosotros prosperará, las puertas del Hades no prevalecerán ante la iglesia de Dios, es más fuerte el que está con nosotros que aquel que está en el mundo.</w:t>
      </w:r>
    </w:p>
    <w:p>
      <w:pPr>
        <w:pStyle w:val="Prayer"/>
        <w:widowControl/>
      </w:pPr>
      <w:r>
        <w:t>Que la piel de cada principado enviado a estorbar se le deshaga mientras ellos están de pie en el nombre de Jesús, toda brujería enviada para que no haya verdadera hermandad y unidad entre los hermanos en Cristo yo la rompo en el nombre de Jesucristo, toda brujería enviada para causar división entre hermanos en Cristo, para causar malos entendidos, para causar situaciones confusas que se prestan para que uno piense mal el uno del otro, yo la rompo en el nombre de Jesucristo, y yo cubro toda maldición enviada en contra de la iglesia, con la sangre de cristo, que todas las obras de las tinieblas se rompa por la sangre de Cristo en el nombre de Jesucristo.</w:t>
      </w:r>
    </w:p>
    <w:p>
      <w:pPr>
        <w:pStyle w:val="Prayer"/>
        <w:widowControl/>
      </w:pPr>
      <w:r>
        <w:t>Yo ato el ejército de Jezabel, de retaliación y venganza en el nombre de Jesús, todo el ejército de Jezabel, de retaliación y venganza lo reprendo en el nombre de Jesucristo, que la piel de cada principado se les deshaga mientras ellos están de pie en el nombre de Jesús, que la lengua de cada uno se le deshaga en su boca en el nombre de Jesucristo, que los ojos de cada uno se les deshagan hasta la cuenca en el nombre de Jesús.</w:t>
      </w:r>
    </w:p>
    <w:p>
      <w:pPr>
        <w:pStyle w:val="Prayer"/>
        <w:widowControl/>
      </w:pPr>
      <w:r>
        <w:t>Yo ato todo el ejército de Jezabel que controla la mente de los que están cerca nuestra, para manipularlo, para que opongan, para que quieran impedir el que sean parte de esta iglesia o que quieran impedir que ustedes sirvan en esta iglesia, todo el ejército de Jezabel, que a través de manipulación y brujería de control mental usa personas para tratar de impedir el que puedan ofrendar en esta iglesia yo lo reprendo en el nombre de Jesucristo.</w:t>
      </w:r>
    </w:p>
    <w:p>
      <w:pPr>
        <w:pStyle w:val="Prayer"/>
        <w:widowControl/>
      </w:pPr>
      <w:r>
        <w:t>Yo ato a odio de Jezabel a los siervos de Dios, yo ato a odio de Jezabel a la verdadera iglesia de cristo, ato a odio de Jezabel a los discípulos de Cristo, ato a odio de Jezabel a los apóstoles, ato a odio de Jezabel a los evangelistas, yo ato a odio de Jezabel a los verdaderos siervos de Dios, yo ato a personalidad Jezabelica, yo ato a mentira de Jezabel, yo ato a confusión de Jezabel, yo ato a Jezabel que hace mirar lo malo como bueno y lo bueno como malo, yo ato a Jezabel negativismo, yo ato a Jezabel pesimismo, yo ato a Jezabel que hace mirar la luz como tinieblas y las tinieblas como luz, yo ato a Jezabel percepción negativa del futuro, yo ato a Jezabel bloqueo de entendimiento, yo ato a Jezabel bloqueo de habilidades para que no puedan aprender una habilidad nueva, yo ato a Jezabel flojera, yo ato a Jezabel letargo, yo ato a Jezabel espíritu de inutilidad, yo ato a Jezabel autismo, yo ato a Jezabel bipolaridad, yo ato a Jezabel doblemente, ato a Jezabel locura, ato a Jezabel insanidad, yo ato al ejército de Jezabel de manipulación de todo lo que se hace, yo ato a Jezabel opinión en todo lo que se está haciendo, yo ato Jezabel querer.</w:t>
      </w:r>
    </w:p>
    <w:p>
      <w:pPr>
        <w:pStyle w:val="Prayer"/>
        <w:widowControl/>
      </w:pPr>
      <w:r>
        <w:t>controlar todo lo que se hace, cada paso que se da y cómo se está haciendo, yo ato a daño psicológico de Jezabel, a las personas que están cerca a través de la manipulación, yo ato cadenas y grilletes que Jezabel pone a las personas a través de las órdenes que da a través de las personas que están atadas por ella, yo ato a Jezabel persecución, Jezabel testimonio en contra, ato a Jezabel acusación, Jezabel hipocresía, Jezabel traición, Jezabel apuñalar por la espalada, yo ato a Jezabel religiosidad, yo ato a Jezabel yo no tengo nada de que arrepentirme, yo ato a Jezabel yo ya soy salva, yo ato a Jezabel yo soy una hija de Dios, yo ato a Jezabel las hijas de Dios nos seremos puesta en cama de enfermedad, yo ato a Jezabel mente reprobada, yo ato a Jezabel ustedes los que dicen ser discípulo no tienen amor, yo ato a Jezabel confusión, yo ato a Jezabel herejías, yo ato a Jezabel críticas, Jezabel calumnia, Jezabel falsedad, Jezabel falsa realidad,</w:t>
      </w:r>
    </w:p>
    <w:p>
      <w:pPr>
        <w:pStyle w:val="Prayer"/>
        <w:widowControl/>
      </w:pPr>
      <w:r>
        <w:t>Yo ato toda cadena y grillete que Jezabel ha puesto en las manos - en los pies - en la mente a través de mandar diciendo haz esto de esta manera, hazlo así o hazlo asá, que se queme por fuego y por la sangre de Cristo en el nombre de Jesús, toda cadena y grillete de Jezabel a las actividades que se están desarrollando a través de las brujerías habladas por las personas que están bajo la influencia de Jezabel, que toda cadena y grillete se quiebre por fuego y por la sangre de Cristo en el nombre de Jesús.</w:t>
      </w:r>
    </w:p>
    <w:p>
      <w:pPr>
        <w:pStyle w:val="Prayer"/>
        <w:widowControl/>
      </w:pPr>
      <w:r>
        <w:t>Que toda puerta que se haya cerrado a través de la brujería hablada por Jezabel a través de las personas que usa, yo rompo esa brujería en el nombre de Jesús, que toda puerta que se había cerrado por brujería jezabélica, sea abierta en el nombre de Jesucristo, que toda maldición en nuestras finanzas hablada por Jezabel se rompa en el nombre de Jesús, y yo bendigo las finanzas de cada persona que es parte de esta iglesia Jesús Rey de Reyes, que el corazón que es recto ante Dios y aún de todos aquellos que han escuchado las oraciones, que leen las oraciones o que han escuchado las enseñanzas aunque no sean parte de esta iglesia en el nombre de Jesús.</w:t>
      </w:r>
    </w:p>
    <w:p>
      <w:pPr>
        <w:pStyle w:val="Prayer"/>
        <w:widowControl/>
      </w:pPr>
      <w:r>
        <w:t>Yo bendigo el trabajo de nuestras manos en el nombre de Jesucristo, yo bendigo nuestra entrada y salida en el nombre de Jesús, yo bendigo nuestras labores en el nombre de Jesucristo, yo bendigo nuestros planes en el nombre de Jesús, yo bendigo nuestro día en el nombre de Jesucristo.</w:t>
      </w:r>
    </w:p>
    <w:p>
      <w:pPr>
        <w:pStyle w:val="Prayer"/>
        <w:widowControl/>
      </w:pPr>
      <w:r>
        <w:t>Yo cubro a cada persona que se vaya a acercar a nosotros en este día con la sangre de Cristo, que descienda fuego sobre cada persona que va a estar en contacto con nosotros y destruya toda obra de las tinieblas que quiera manipular a estas personas en contra nuestra en el nombre de Jesús.</w:t>
      </w:r>
    </w:p>
    <w:p>
      <w:pPr>
        <w:pStyle w:val="Prayer"/>
        <w:widowControl/>
      </w:pPr>
      <w:r>
        <w:t>Yo hiero los caballos y jinetes de todo el ejército que opone con confusión y ceguera en el nombre de Jesús, que la piel de cada principado que está oponiendo se le deshaga mientras ellos están de pie en el nombre de Jesucristo, hay poder en el nombre de Jesús, las tinieblas y la luz se enfrentaron y las tinieblas no prevalecieron, las tinieblas no prevalecerán ante la luz, si Dios es con nosotros, quién contra nosotros, que descienda fuego y destruya a Jezabel y todo su ejercitó en el nombre de Jesús.</w:t>
      </w:r>
    </w:p>
    <w:p>
      <w:pPr>
        <w:pStyle w:val="Prayer"/>
        <w:widowControl/>
      </w:pPr>
      <w:r>
        <w:t>Toda brujería enviada de control mental para manipular la mente de los que están cerca de los miembros de esta iglesia, para utilizarles para que opongan el que ellos sean parte de esta iglesia o el que apoyen en esta iglesia con su tiempo, que sirvan a Dios o el que sirvan a Dios con sus finanzas, yo rompo toda brujería de control mental en el nombre de Jesús.</w:t>
      </w:r>
    </w:p>
    <w:p>
      <w:pPr>
        <w:pStyle w:val="Prayer"/>
        <w:widowControl/>
      </w:pPr>
      <w:r>
        <w:t>Yo cubro toda brujería enviada en contra de esta iglesia con la sangre de Cristo, que descienda fuego sobre cada uno de los hogares de los miembros de esta iglesia y aún de los que sólo siguen la iglesia y destruya toda obra de las tinieblas, en el nombre de Jesús, y yo hiero los caballos y jinetes del enemigo con confusión y ceguera en el nombre de Jesús, que descienda fuego y destruya toda oscuridad en el nombre de Jesús, hay poder en el nombre de Jesucristo, las tinieblas y la luz se enfrentaron y las tinieblas no prevalecieron, las tinieblas no prevalecerán ante la luz, si Dios es con nosotros quién contra nosotros.</w:t>
      </w:r>
    </w:p>
    <w:p>
      <w:pPr>
        <w:pStyle w:val="Prayer"/>
        <w:widowControl/>
      </w:pPr>
      <w:r>
        <w:t>Que descienda fuego y destruya todo lo que opone la obra de Dios en el nombre de Jesucristo, todo trabajo enviado para causar estancamiento en los hijos de Dios yo lo rompo en el nombre de Jesucristo, toda brujería enviada para que tus proyectos, para que tu negocio, para que tu trabajo fracase, yo la rompo en el nombre de Jesucristo.</w:t>
      </w:r>
    </w:p>
    <w:p>
      <w:pPr>
        <w:pStyle w:val="Prayer"/>
        <w:widowControl/>
      </w:pPr>
      <w:r>
        <w:t>Toda palabra de maldición hablada sobre nuestra vida, de que somos inútiles, de que todo te sale mal, de que nunca las cosas salen bien, de que nada de lo que haga va a servir toda maldición hablada por Jezabel a través de personas atadas por ella yo las rompo en el nombre de Jesucristo, toda maldición y cadena y conjuro de inutilidad hablada yo la rompo en el nombre de Jesucristo, yo cubro todas las obras de nuestras manos con la sangre de Cristo, yo cubro nuestros trabajos con la sangre de Cristo, yo cubro los negocios de todos los miembros de esta iglesia o los que siguen esta iglesia con la sangre de Cristo.</w:t>
      </w:r>
    </w:p>
    <w:p>
      <w:pPr>
        <w:pStyle w:val="Prayer"/>
        <w:widowControl/>
      </w:pPr>
      <w:r>
        <w:t>Yo cubro sus empleos con la sangre de Cristo, toda maldición enviada para que el dinero no sea suficiente yo las rompo en el nombre de Jesús, toda maldición generacional para que nunca haya suficiencia yo la rompo en el nombre de Jesucristo, toda maldición generacional o enviada de esta generación para que haya falta de alimento en la casa, yo la rompo en el nombre de Jesús, y yo bendigo las finanzas de cada uno de las personas por la que intercedo en el nombre de Jesucristo, yo bendigo su trabajo en el nombre de Jesús, yo bendigo sus negocios en el nombre de Jesucristo, yo cubro cada transacción con la sangre de Jesucristo, yo cubro los alimentos, el agua y la comida que tienen en cada uno de sus hogares con la sangre de Jesucristo; que toda contaminación en el agua o en los alimentos en sus hogares se queme por fuego y por la sangre de Cristo en el nombre de Jesús.</w:t>
      </w:r>
    </w:p>
    <w:p>
      <w:pPr>
        <w:pStyle w:val="Prayer"/>
        <w:widowControl/>
      </w:pPr>
      <w:r>
        <w:t>Hay poder en el nombre de Jesucristo yo cubro sus hogares con la sangre de Jesucristo, yo cubro sus vehículos con la sangre de Jesucristo, yo cubro todos los electrónicos, las computadoras, los teléfonos, las tablets, la lavadora, la secadora, la nevera, la estufa, la licuadora, todo electrodoméstico que hay en sus hogares yo lo cubro con la sangre de Cristo, que descienda fuego sobre cada electrónico o electrodoméstico y que toda oscuridad que daña lo electrónico que hace que mal funcionen, se queme por fuego y por la sangre de Cristo en el nombre de Jesús, cubro sus vehículos, sus carros, sus pasolas, lo que tengan, los motores, las bicicletas, lo cubro todo con la sangre de Cristo, que todo lo que daña los transportes se queme por fuego y por la sangre de Cristo en el nombre de Jesús, yo cubro sus hogares, cubro la tierra, aún las plantas que tengan con la sangre de Cristo, que todo conjuro enviado a sus hogares, todo polvo enviado todo polvo tirado, todo entierro que hayan hecho en la noche, todo aceite maldecido que hayan tirado, toda agua maldecida que hayan tirado a sus hogares, toda palabra de maldición que hayan hablado mientras pasaba algún brujo o bruja por sus hogares, yo la rompo en el nombre de Jesucristo, Yo cubro toda obra de los brujos y las brujas en contra de sus hogares con la sangre de Cristo.</w:t>
      </w:r>
    </w:p>
    <w:p>
      <w:pPr>
        <w:pStyle w:val="Prayer"/>
        <w:widowControl/>
      </w:pPr>
      <w:r>
        <w:t>Yo cubro los animales que tengan, todos los animales que estén acumulando para la preparación del tiempo final, yo cubro a cada uno con la sangre de Cristo, yo cubro las abejas con la sangre de cristo, yo cubro los chivos, las gallinas, las vacas con la sangre de Cristo, yo cubro los conejos con la sangre de Cristo, yo cubo los pescados que tengan con la sangre de Cristo, yo cubro los puercos con la sangre de Cristo, yo cubro las ovejas con la sangre de Cristo, todo otro tipo de animal que tengan acumulado preparándose para los tiempos difíciles que vienen, yo lo cubro con la sangre de Cristo, que descienda fuego y destruya toda plaga, toda enfermedad que afecta a los animales en el nombre de Jesús, yo cubro los cultivos de los que están aprendiendo a plantar para prepararse para el tiempo que viene con la sangre de Cristo, que toda plaga, toda enfermedad que ataca los cultivos se queme por fuego y por la sangre de Cristo en el nombre de Jesús, yo bendigo las manos de cada uno de ustedes en el nombre de Jesús, que todo lo que planten crezca y se multiplique en el nombre de Jesús, que en todo lo que usted ponga sus manos sea prosperado y bendecido en el nombre de Jesucristo, toda maldición para que el dinero no rinda yo la rompo en el nombre de Jesucristo, que el dinero de sus manos se multiplique y alcance para mucho más de lo que alcanzaría una situación normal en el nombre de Jesús, que la maldición que había en muchos para que el dinero no alcance se cancele, y ahora se convierte en bendición y el dinero rinda de más en el nombre de Jesús, hay poder en el nombre de Jesucristo.</w:t>
      </w:r>
    </w:p>
    <w:p>
      <w:pPr>
        <w:pStyle w:val="Prayer"/>
        <w:widowControl/>
      </w:pPr>
      <w:r>
        <w:t>Las puertas del Hades no prevaleceránn ante la iglesia de Dios, es más fuerte el que está con nosotros que aquel que está en el mundo, el nombre de nuestro Señor Jesucristo es sobre todos los nombres, ante el nombre glorioso y todopoderoso de nuestro Señor Jesucristo toda rodilla tiene que doblarse y toda lengua tiene que confesar que Jesucristo es el rey de reyes, para la gloria de Dios Padre, toda maldición enviada por las brujas y los brujos que ingresan a la sala de oración yo la rompo en el nombre de Jesucristo, toda maldición hablada o conjurada, todo sacrificio animal o humano enviado o hecho por los brujos y las brujas que son enviados a oponer esta iglesia yo los rompo en el nombre de Jesucristo, toda brujería y todo conjuro enviado a la sala de oración a la sala de reunión para que muchos no puedan ingresar yo la rompo en el nombre de Jesús, toda brujería enviada a nuestros medios sociales para que no podamos alcanzar más personas, para que más personas no miren lo que compartimos en nuestro perfiles, para que más personas no puedan ser libres sanas y salvas, yo la rompo en el nombre de Jesucristo, que todo conjuro enviado para que no apoyen, en la obra de Dios con finanzas para que no estén motivados y gozosos, cuando miran las sanidades y los milagros y la obra que Dios está haciendo en este lugar, yo lo rompo en el nombre de Jesucristo.</w:t>
      </w:r>
    </w:p>
    <w:p>
      <w:pPr>
        <w:pStyle w:val="Prayer"/>
        <w:widowControl/>
      </w:pPr>
      <w:r>
        <w:t>Toda la maldición enviada para causar desmotivación a los que son parte de esta iglesia o los que siguen en esta iglesia, para causar letargo, para causar flojera eespiritual, para causar falta de amor por la obra de Dios, para causar falta de deseo de orar, de ayunar, de leer la palabra, yo rompo toda brujería en contra de esta iglesia en el nombre de Jesucristo, yo cubro a cada uno de ustedes con la sangre de Cristo, yo cubro a cada miembro de esta iglesia con la sangre de Cristo, yo cubro a cada persona que sigue esta iglesia con la sangre de Cristo, que descienda fuego sobre todos nosotros y consuma las obras de las tinieblas en contra nuestra en el nombre de Jesús, hay poder en el nombre de Jesús, ninguna arma forjada contra nosotros prosperará, está escrito que el enemigo vendrá en nuestra contra de una manera, pero correrá de siete maneras diferentes, toda lengua que se levanta en nuestra contra en juicio yo la condenó esta es la herencia de los siervos de Dios y nuestra salvación viene de él dijo el Señor.</w:t>
      </w:r>
    </w:p>
    <w:p>
      <w:pPr>
        <w:pStyle w:val="Prayer"/>
        <w:widowControl/>
      </w:pPr>
      <w:r>
        <w:t>Yo hiero los caballos y los jinetes del enemigo con confusión y ceguera en el nombre de Jesús, que haya división entre todo el ejército enviado para hacer el mal a los hijos de Dios, entre todo el ejército de Satanás, Jezabel, Mamon, Amón, Asmodeo, Belcebú, Leviatán, Baphomet, el espíritu mudo y tonto, la muerte, infierno, destrucción, Astarot, el anti cristo, la bestia, el faso profeta, pitón, el kundalini, el espíritu de babilonia, la reina de la costa, la reina del mar, la reina de los cielos y todos los demás principados y hombres fuertes de todos los reinos de las tinieblas que se dividan y se ataquen destruyan ellos mismos en el nombre de Jesús.</w:t>
      </w:r>
    </w:p>
    <w:p>
      <w:pPr>
        <w:pStyle w:val="Prayer"/>
        <w:widowControl/>
      </w:pPr>
      <w:r>
        <w:t>Toda arma de destrucción que trajeron en nuestra contra la usen para destruirse a sí mismos en el nombre de Jesús, las tinieblas no soportan la luz, donde pueden ocultarse las tinieblas de la luz, es más fuerte el que está con nosotros que aquel que está en el mundo, está escrito que hemos vencido al enemigo por la sangre de Jesucristo y por el testimonio de nuestra palabra, porque no amamos nuestras vidas aún hasta sufrir la muerte, que descienda fuego y destruya todo el ejército de brujería en el nombre de Jesús, que todo el ejército de brujería arde en llamás en el nombre de Jesucristo, yo cubro la conciencia, la mente y el corazón de cada brujo o bruja que ha sido enviado a oponer esta obra que Dios está haciendo en este lugar con la sangre de Cristo. Yo cubro todos sus conjuros todas las obras de los brujos y las brujas con la sangre de Cristo, yo ato canceló y destruyó todo trabajo que ellos hayan hecho para recibir poder demoníaco o para maldecirnos a nosotros o para maldecir a cualquier otra persona en el nombre de Jesús.</w:t>
      </w:r>
    </w:p>
    <w:p>
      <w:pPr>
        <w:pStyle w:val="Prayer"/>
        <w:widowControl/>
      </w:pPr>
      <w:r>
        <w:t>Todo trabajo de macumba, de santería, de vudú, de chamanismo, todo trabajo de brujería africana, de magia blanca, de magia negra, todo trabajo de babalao, de brujería católica, toda oración contraria por iglesias que están en engaño de iglesias de raíces judaicas, de iglesias mormonas, de la iglesia testigo de jehová, toda oración en contra nuestra yo la rompo en el nombre de Jesús.</w:t>
      </w:r>
    </w:p>
    <w:p>
      <w:pPr>
        <w:pStyle w:val="Prayer"/>
        <w:widowControl/>
      </w:pPr>
      <w:r>
        <w:t>Toda oración hecha por ignorancia, por algunos que no quieren hacer el mal pero que están en una falsa iglesia y tienen un falso Jesús y han orado por nosotros o por alguno de los que son parte de esta iglesia o los que siguen esta iglesia, yo rompo sus oraciones en el nombre de Jesús, todo ayuno que hayan hecho que es ayuno contrario pero algunos no saben que están prestando su cuerpo a las tinieblas porque están en engaño al ser parte de una de esas religiones falsas todo ayuno que hayan hecho en contra de cualquiera de nosotros o de los que siguen esta iglesia, yo lo rompo en el nombre de Jesús.</w:t>
      </w:r>
    </w:p>
    <w:p>
      <w:pPr>
        <w:pStyle w:val="Prayer"/>
        <w:widowControl/>
      </w:pPr>
      <w:r>
        <w:t>Toda oración contraria, ayuno contrario, toda palabra declarada en contra nuestra, yo la rompo en el nombre de Jesús, yo cubro toda palabra y toda oración hecha por todos con la sangre de Jesucristo, que todo lo que es de las tinieblas se queme por fuego y por la sangre de Cristo en el nombre de Jesús, yo cubro las oraciones y las palabras habladas por los que son miembros de esta iglesia o por los que siguen esta iglesia, con la sangre de Cristo, que todo lo que es de las tinieblas, todo lo que salió por espíritus equivocados o por manipulación del enemigo se queme por fuego y por la sangre de Cristo en el nombre de Jesús, hay poder en el nombre de Jesucristo.</w:t>
      </w:r>
    </w:p>
    <w:p>
      <w:pPr>
        <w:pStyle w:val="Prayer"/>
        <w:widowControl/>
      </w:pPr>
      <w:r>
        <w:t>Ninguna arma forjada contra nosotros prosperará, las puertas del Hades no prevalecerán ante la iglesia de Dios, es más fuerte el que está con nosotros que aquel que está en el mundo, yo ordeno a todo el ejército de las tinieblas que opone la obra de Dios que se arrodille ante el nombre de Jesucristo, yo cubro cada matrimonio de los miembros de esta iglesia o de los que siguen esta iglesia con la sangre de Cristo, todo conjuro, toda maldición en contra de sus matrimonios yo la rompo en el nombre de Jesús, que descienda fuego sobre los matrimonios de todos nosotros y destruya toda oscuridad en el nombre de Jesucristo, yo bendigo los matrimonios de todos nosotros en el nombre de Jesús, la vida y la muerte está en el poder de la lengua y lo que saben de ella comerán de sus frutos de aquí en adelante yo quiero que cada uno de ustedes, todos lo que son parte de esta iglesia o los que siguen esta iglesia, que usen su boca para bendecir, quiero que usen esta oración como guía que la lean cada día en fe aunque sea por una hora, para que intercedan por sus hogares, por esta iglesia, por todos los miembros de la iglesia, por todos aquellos que siguen la iglesia, juntos somos más fuertes, yo deseo que nos unamos en oración, en obediencia, en perseverancia, en constancia para destruir juntos las obras de las tinieblas, las puertas del Hades no prevaleceránn ante la iglesia de Dios, es más fuerte el que está con nosotros que aquel que está en el mundo.</w:t>
      </w:r>
    </w:p>
    <w:p>
      <w:pPr>
        <w:pStyle w:val="Prayer"/>
        <w:widowControl/>
      </w:pPr>
      <w:r>
        <w:t>Que la piel de cada principado enviado en contra nuestra se le deshaga mientras ellos están de pie en el nombre de Jesucristo, que la lengua de cada principado se le deshaga en su boca en el nombre de Jesús, que los ojos de cada uno se les deshagan hasta la cuenca en el nombre de Jesucristo, que descienda fuego y destruya toda oscuridad en el nombre de Jesús, yo hiero todo el ejército de las tinieblas con la luz divina de Dios, yo hiero los caballos y los jinetes del enemigo con confusión y ceguera en el nombre de Jesús, que los huevos y el nido del enemigo se queme por fuego y por la sangre de Cristo en el nombre de Jesús, que haya una tormenta de graniso y fuego sobre todo ejercito contrario en el nombre de Jesucristo, que haya un gran terremoto en el territorio del enemigo en el nombre de Jesucristo, que el terror de Dios caiga sobre todos los que oponen en el nombre de Jesucristo, que una lluvia de bombas y misiles sobre todo reino de las tinieblas que ha venido en nuestra contra en el nombre de Jesucristo.</w:t>
      </w:r>
    </w:p>
    <w:p>
      <w:pPr>
        <w:pStyle w:val="Prayer"/>
        <w:widowControl/>
      </w:pPr>
      <w:r>
        <w:t>Toda brujería enviada para bloquear los proyectos, para bloquear ingresos, para bloquear y cerrar puertas, para bloquear el que podamos recibir los recursos necesarios para la culminación de algún negocio o de alguna actividad que sea conforme la gracia de Dios, yo la rompo en el nombre de Jesucristo, toda brujería enviada para bloquear crédito, para que no puedan recibir los recursos necesarios para emprender un proyecto o terminar un proyecto que sea conforme a la gracia de Dios yo la rompo en el nombre de Jesús.</w:t>
      </w:r>
    </w:p>
    <w:p>
      <w:pPr>
        <w:pStyle w:val="Prayer"/>
        <w:widowControl/>
      </w:pPr>
      <w:r>
        <w:t>Toda brujería enviada para bloquear papeleos, para que no puedan culminar cualquier papeleo necesario para alguna actividad, yo la rompo en el nombre de Jesucristo, toda brujería enviada para dañar los negocios, yo las rompo en el nombre de Jesucristo, toda brujería enviada a cualquiera de ustedes a cualquiera de los que son parte de esta iglesia o cualquiera de los que siguen esta iglesia, para bloquear las ideas, para bloquear el entendimiento, para que no tengan clientes, yo la rompo en el nombre de Jesús, toda brujería enviada para que pierdan clientes, yo la rompo en el nombre de Jesucristo, toda brujería enviada para que lo que emprendan fracase, yo la rompo en el nombre de Jesucristo, toda la brujería enviada para que nos roben yo la rompo en el nombre de Jesús, toda brujería enviada para que hayan malos entendidos con sus clientes o con las personas que hacen algo con ustedes y las cosas salgan mal yo la rompo en el nombre de Jesús.</w:t>
      </w:r>
    </w:p>
    <w:p>
      <w:pPr>
        <w:pStyle w:val="Prayer"/>
        <w:widowControl/>
      </w:pPr>
      <w:r>
        <w:t>Yo cubro todas las obras del enemigo en contra de sus finanzas, de sus planes, de sus negocios, de sus proyectos, con la sangre de Cristo, que descienda fuego y destruya las obras del enemigo en el nombre de Jesús, que la piel de cada principado que está oponiendo se le deshaga mientras ellos están de pie en el nombre de Jesucristo, que la lengua de cada uno se le deshaga en su boca en el nombre de Jesús, que los ojos de cada uno se les deshagan hasta la cuenca en el nombre de Jesucristo.</w:t>
      </w:r>
    </w:p>
    <w:p>
      <w:pPr>
        <w:pStyle w:val="Prayer"/>
        <w:widowControl/>
      </w:pPr>
      <w:r>
        <w:t>Todo espíritu de altanería los reprendo en el nombre de Jesús. Soberbia te vas en el nombre de Jesucristo.</w:t>
      </w:r>
    </w:p>
    <w:p>
      <w:pPr>
        <w:pStyle w:val="Prayer"/>
        <w:widowControl/>
      </w:pPr>
      <w:r>
        <w:t>Lengua mentirosa fuera en el nombre de Jesús.</w:t>
      </w:r>
    </w:p>
    <w:p>
      <w:pPr>
        <w:pStyle w:val="Prayer"/>
        <w:widowControl/>
      </w:pPr>
      <w:r>
        <w:t>Derrame de sangre inocente te reprendo en el nombre de Jesucristo. Espíritu de corazón que trama iniquidad sal en el nombre de Jesús.</w:t>
      </w:r>
    </w:p>
    <w:p>
      <w:pPr>
        <w:pStyle w:val="Prayer"/>
        <w:widowControl/>
      </w:pPr>
      <w:r>
        <w:t>Espíritu de pies que corren apresurados a hacer el mal sal en el nombre de Jesucristo.</w:t>
      </w:r>
    </w:p>
    <w:p>
      <w:pPr>
        <w:pStyle w:val="Prayer"/>
        <w:widowControl/>
      </w:pPr>
      <w:r>
        <w:t>Espíritu del testigo falso que difunde calumnia te reprendo en el nombre de Jesús.</w:t>
      </w:r>
    </w:p>
    <w:p>
      <w:pPr>
        <w:pStyle w:val="Prayer"/>
        <w:widowControl/>
      </w:pPr>
      <w:r>
        <w:t>Espíritu que enciende discordia entre hermanos sal en el nombre de Jesús.</w:t>
      </w:r>
    </w:p>
    <w:p>
      <w:pPr>
        <w:pStyle w:val="Prayer"/>
        <w:widowControl/>
      </w:pPr>
      <w:r>
        <w:t>Espíritu de falsa acusación y que busca buscarnos problemás con la justicia fuera en el nombre de Jesucristo.</w:t>
      </w:r>
    </w:p>
    <w:p>
      <w:pPr>
        <w:pStyle w:val="Prayer"/>
        <w:widowControl/>
      </w:pPr>
      <w:r>
        <w:t>Espíritu que pone cadena y grilletes para que no ingresen a las oraciones cuando están enfermos lo reprendo en el nombre de Jesús.</w:t>
      </w:r>
    </w:p>
    <w:p>
      <w:pPr>
        <w:pStyle w:val="Prayer"/>
        <w:widowControl/>
      </w:pPr>
      <w:r>
        <w:t>Espíritu de no oración cuando están enfermos sal en el nombre de Jesús. Espíritu de ir al doctor y no a Cristo lo reprendo en el nombre de Jesús. Espíritu de farmacia sal en el nombre de Jesús.</w:t>
      </w:r>
    </w:p>
    <w:p>
      <w:pPr>
        <w:pStyle w:val="Prayer"/>
        <w:widowControl/>
      </w:pPr>
      <w:r>
        <w:t>Espíritu de fidelidad a los doctores y a las drogas farmacéuticas pero no a Cristo sal en el nombre de Jesús.</w:t>
      </w:r>
    </w:p>
    <w:p>
      <w:pPr>
        <w:pStyle w:val="Prayer"/>
        <w:widowControl/>
      </w:pPr>
      <w:r>
        <w:t>Espíritu de fidelidad a una iglesia falsa a una doctrina de hombre pero no al verdadero evangelio, no al Señor Jesucristo sal en el nombre de Jesús. Espíritu de fidelidad a religiones de raíces judaicas te reprendo en el nombre de Jesús.</w:t>
      </w:r>
    </w:p>
    <w:p>
      <w:pPr>
        <w:pStyle w:val="Prayer"/>
        <w:widowControl/>
      </w:pPr>
      <w:r>
        <w:t>Espíritu de fidelidad a los testigos de jehová te reprendo en el nombre de Jesucristo.</w:t>
      </w:r>
    </w:p>
    <w:p>
      <w:pPr>
        <w:pStyle w:val="Prayer"/>
        <w:widowControl/>
      </w:pPr>
      <w:r>
        <w:t>Espíritu de fidelidad a la iglesia mormona te reprendo en el nombre de Jesús.</w:t>
      </w:r>
    </w:p>
    <w:p>
      <w:pPr>
        <w:pStyle w:val="Prayer"/>
        <w:widowControl/>
      </w:pPr>
      <w:r>
        <w:t>Espíritu de fidelidad a las cosas del mundo te reprendo en el nombre de Jesús.</w:t>
      </w:r>
    </w:p>
    <w:p>
      <w:pPr>
        <w:pStyle w:val="Prayer"/>
        <w:widowControl/>
      </w:pPr>
      <w:r>
        <w:t>Espíritu de fidelidad a las tradiciones paganas te reprendo en el nombre de Jesucristo.</w:t>
      </w:r>
    </w:p>
    <w:p>
      <w:pPr>
        <w:pStyle w:val="Prayer"/>
        <w:widowControl/>
      </w:pPr>
      <w:r>
        <w:t>Espíritu de fidelidad a la navidad te reprendo en el nombre de Jesús.</w:t>
      </w:r>
    </w:p>
    <w:p>
      <w:pPr>
        <w:pStyle w:val="Prayer"/>
        <w:widowControl/>
      </w:pPr>
      <w:r>
        <w:t>Espíritu de fidelidad al día de las madres te reprendo en el nombre de Jesucristo.</w:t>
      </w:r>
    </w:p>
    <w:p>
      <w:pPr>
        <w:pStyle w:val="Prayer"/>
        <w:widowControl/>
      </w:pPr>
      <w:r>
        <w:t>Espíritu de fidelidad al día del padre te reprendo en el nombre de Jesús.</w:t>
      </w:r>
    </w:p>
    <w:p>
      <w:pPr>
        <w:pStyle w:val="Prayer"/>
        <w:widowControl/>
      </w:pPr>
      <w:r>
        <w:t>Espíritu de fidelidad al día del niño te reprendo en el nombre de Jesucristo.</w:t>
      </w:r>
    </w:p>
    <w:p>
      <w:pPr>
        <w:pStyle w:val="Prayer"/>
        <w:widowControl/>
      </w:pPr>
      <w:r>
        <w:t>Espíritu de fidelidad al día del presidente te reprendo en el nombre de Jesús.</w:t>
      </w:r>
    </w:p>
    <w:p>
      <w:pPr>
        <w:pStyle w:val="Prayer"/>
        <w:widowControl/>
      </w:pPr>
      <w:r>
        <w:t>Espíritu de fidelidad al día de los muertos te reprendo en el nombre de Jesús.</w:t>
      </w:r>
    </w:p>
    <w:p>
      <w:pPr>
        <w:pStyle w:val="Prayer"/>
        <w:widowControl/>
      </w:pPr>
      <w:r>
        <w:t>Espíritu de fidelidad al día de las brujas te reprendo en el nombre de Jesús.</w:t>
      </w:r>
    </w:p>
    <w:p>
      <w:pPr>
        <w:pStyle w:val="Prayer"/>
        <w:widowControl/>
      </w:pPr>
      <w:r>
        <w:t>Espíritu de fidelidad a la iglesia católica te reprendo en el nombre de Jesús.</w:t>
      </w:r>
    </w:p>
    <w:p>
      <w:pPr>
        <w:pStyle w:val="Prayer"/>
        <w:widowControl/>
      </w:pPr>
      <w:r>
        <w:t>Espíritu de fidelidad a los días de adoración a ídolos aguinaldos y cosas que se celebran en diferentes naciones te reprendo en el nombre de Jesucristo.</w:t>
      </w:r>
    </w:p>
    <w:p>
      <w:pPr>
        <w:pStyle w:val="Prayer"/>
        <w:widowControl/>
      </w:pPr>
      <w:r>
        <w:t>Todo espíritu que hace mirar las tinieblas como luz te reprendo en el nombre de Jesús, todo espíritu que hace mirar la luz como tinieblas te reprendo en el nombre de Jesús, todo espíritu que bloquea el entendimiento para que no puedan reconocer sus pecados te reprendo en el nombre de Jesús, todo espíritu de debilidad eespiritual sal en el nombre de Jesús, ceguera eespiritual te reprendo en el nombre de Jesucristo, sordera eespiritual sal en el nombre de Jesús, falta de amor por la verdad sal en el nombre de Jesucristo, fidelidad a la medicina y a los doctores te reprendo en el nombre de Jesús, no fidelidad a Dios y a los siervos de Dios sal en el nombre de Jesús.</w:t>
      </w:r>
    </w:p>
    <w:p>
      <w:pPr>
        <w:pStyle w:val="Prayer"/>
        <w:widowControl/>
      </w:pPr>
      <w:r>
        <w:t>Facilidad para dar a los doctores dinero por mirarle aun cuando no se sanan, fuera en el nombre de Jesús, no poder apoyar la obra de Dios con sus finanzas aun cuando reciben verdadera sanidad sal en el nombre de Jesús.</w:t>
      </w:r>
    </w:p>
    <w:p>
      <w:pPr>
        <w:pStyle w:val="Prayer"/>
        <w:widowControl/>
      </w:pPr>
      <w:r>
        <w:t>Falta de agradecimiento por las sanidades verdaderas y completas que reciben a través de la oración de fe que vienen de los siervos de Dios, sal en el nombre de Jesús.</w:t>
      </w:r>
    </w:p>
    <w:p>
      <w:pPr>
        <w:pStyle w:val="Prayer"/>
        <w:widowControl/>
      </w:pPr>
      <w:r>
        <w:t>No deseo de apoyar el reino de Dios con sus finanzas o con su tiempo fuera en el nombre de Jesús.</w:t>
      </w:r>
    </w:p>
    <w:p>
      <w:pPr>
        <w:pStyle w:val="Prayer"/>
        <w:widowControl/>
      </w:pPr>
      <w:r>
        <w:t>Falta de compromiso con la verdad, sal en el nombre de Jesucristo.</w:t>
      </w:r>
    </w:p>
    <w:p>
      <w:pPr>
        <w:pStyle w:val="Prayer"/>
        <w:widowControl/>
      </w:pPr>
      <w:r>
        <w:t>No entender que es más bendecido el que da, que el que recibe, sal en el nombre de Jesús.</w:t>
      </w:r>
    </w:p>
    <w:p>
      <w:pPr>
        <w:pStyle w:val="Prayer"/>
        <w:widowControl/>
      </w:pPr>
      <w:r>
        <w:t>Estar siempre preparado para recibir pero no para dar, sal en el nombre de Jesús.</w:t>
      </w:r>
    </w:p>
    <w:p>
      <w:pPr>
        <w:pStyle w:val="Prayer"/>
        <w:widowControl/>
      </w:pPr>
      <w:r>
        <w:t>Egoísmo te reprendo sal en el nombre de Jesucristo.</w:t>
      </w:r>
    </w:p>
    <w:p>
      <w:pPr>
        <w:pStyle w:val="Prayer"/>
        <w:widowControl/>
      </w:pPr>
      <w:r>
        <w:t>Solo pensar en sí mismo sal en el nombre de Jesús.</w:t>
      </w:r>
    </w:p>
    <w:p>
      <w:pPr>
        <w:pStyle w:val="Prayer"/>
        <w:widowControl/>
      </w:pPr>
      <w:r>
        <w:t>Solo buscar beneficio propio sal en el nombre de Jesús.</w:t>
      </w:r>
    </w:p>
    <w:p>
      <w:pPr>
        <w:pStyle w:val="Prayer"/>
        <w:widowControl/>
      </w:pPr>
      <w:r>
        <w:t>Buscar de Dios solo para recibir la sanidad, las finanzas o lo que buscan de sí mismo pero no porque Dios es Dios, sal en el nombre de Jesús.</w:t>
      </w:r>
    </w:p>
    <w:p>
      <w:pPr>
        <w:pStyle w:val="Prayer"/>
        <w:widowControl/>
      </w:pPr>
      <w:r>
        <w:t>Auto idolatría fuera en el nombre de Jesucristo.</w:t>
      </w:r>
    </w:p>
    <w:p>
      <w:pPr>
        <w:pStyle w:val="Prayer"/>
        <w:widowControl/>
      </w:pPr>
      <w:r>
        <w:t>Buscar de los siervos de Dios de una iglesia como esta sólo cuando tienen un dolor o una enfermedad o cuando tiene un problema de matrimonio o quieren algo que Dios haga a través de sus siervos sal en el nombre de Jesús.</w:t>
      </w:r>
    </w:p>
    <w:p>
      <w:pPr>
        <w:pStyle w:val="Prayer"/>
        <w:widowControl/>
      </w:pPr>
      <w:r>
        <w:t>No amor por la verdad fuera en el nombre de Jesús. Dureza de corazón sal en el nombre de Jesucristo.</w:t>
      </w:r>
    </w:p>
    <w:p>
      <w:pPr>
        <w:pStyle w:val="Prayer"/>
        <w:widowControl/>
      </w:pPr>
      <w:r>
        <w:t>Corazón engrosado del tiempo final fuera en el nombre de Jesús. No apreciación por lo que viene de Dios sal en el nombre de Jesús. No valorar lo que viene de Dios fuera en el nombre de Jesús.</w:t>
      </w:r>
    </w:p>
    <w:p>
      <w:pPr>
        <w:pStyle w:val="Prayer"/>
        <w:widowControl/>
      </w:pPr>
      <w:r>
        <w:t>No valorar el trabajo de los siervos de Dios que laboramos fervientemente para la bendición de ustedes fuera en el nombre de Jesús. Menosprecio al trabajo de los siervos de Dios, sal en el nombre de Jesús.</w:t>
      </w:r>
    </w:p>
    <w:p>
      <w:pPr>
        <w:pStyle w:val="Prayer"/>
        <w:widowControl/>
      </w:pPr>
      <w:r>
        <w:t>Poner bozal al buey que trilla sal en el nombre de Jesús. No apoyo a la obra de Dios sal en el nombre de Jesús.</w:t>
      </w:r>
    </w:p>
    <w:p>
      <w:pPr>
        <w:pStyle w:val="Prayer"/>
        <w:widowControl/>
      </w:pPr>
      <w:r>
        <w:t>Que descienda fuego y destruya toda la obra de las tinieblas en el nombre de Jesucristo, que todo el ejército del enemigo que bloquea a los que son parte de esta iglesia o a los que siguen esta iglesia para que no hagan lo que es justo conforme a la voluntad de Dios o lo que es bueno conforme al mandato de Dios, que todo se queme por fuego y por la sangre de Cristo en el nombre de Jesús.</w:t>
      </w:r>
    </w:p>
    <w:p>
      <w:pPr>
        <w:pStyle w:val="Prayer"/>
        <w:widowControl/>
      </w:pPr>
      <w:r>
        <w:t>Todo espíritu de tacañería sal en el número de Jesús. Amor al dinero sal en el nombre de Jesús.</w:t>
      </w:r>
    </w:p>
    <w:p>
      <w:pPr>
        <w:pStyle w:val="Prayer"/>
        <w:widowControl/>
      </w:pPr>
      <w:r>
        <w:t>Vanidad te reprendo en el nombre de Jesucristo. Avaricia sal en el nombre de Jesús.</w:t>
      </w:r>
    </w:p>
    <w:p>
      <w:pPr>
        <w:pStyle w:val="Prayer"/>
        <w:widowControl/>
      </w:pPr>
      <w:r>
        <w:t>Amor a lo material sal en el nombre de Jesucristo.</w:t>
      </w:r>
    </w:p>
    <w:p>
      <w:pPr>
        <w:pStyle w:val="Prayer"/>
        <w:widowControl/>
      </w:pPr>
      <w:r>
        <w:t>Valorar más lo material que lo eespiritual fuera en el nombre de Jesús.</w:t>
      </w:r>
    </w:p>
    <w:p>
      <w:pPr>
        <w:pStyle w:val="Prayer"/>
        <w:widowControl/>
      </w:pPr>
      <w:r>
        <w:t>Como en el tiempo de Noé sal en el nombre de Jesucristo.</w:t>
      </w:r>
    </w:p>
    <w:p>
      <w:pPr>
        <w:pStyle w:val="Prayer"/>
        <w:widowControl/>
      </w:pPr>
      <w:r>
        <w:t>Buscar hacer tesoros en la tierra, fuera en el nombre de Jesús.</w:t>
      </w:r>
    </w:p>
    <w:p>
      <w:pPr>
        <w:pStyle w:val="Prayer"/>
        <w:widowControl/>
      </w:pPr>
      <w:r>
        <w:t>No entender que el tiempo se termina sal en el nombre de Jesús.</w:t>
      </w:r>
    </w:p>
    <w:p>
      <w:pPr>
        <w:pStyle w:val="Prayer"/>
        <w:widowControl/>
      </w:pPr>
      <w:r>
        <w:t>No entender que los injustos no heredarán el reino de Dios sal en el nombre de Jesús.</w:t>
      </w:r>
    </w:p>
    <w:p>
      <w:pPr>
        <w:pStyle w:val="Prayer"/>
        <w:widowControl/>
      </w:pPr>
      <w:r>
        <w:t>Buscar trabajos y hacer riquezas y cosas por vanidad fuera en el nombre de Jesús.</w:t>
      </w:r>
    </w:p>
    <w:p>
      <w:pPr>
        <w:pStyle w:val="Prayer"/>
        <w:widowControl/>
      </w:pPr>
      <w:r>
        <w:t>No entender que el tiempo se termina y que tenemos poco tiempo para prepararnos fuera en el nombre de Jesús.</w:t>
      </w:r>
    </w:p>
    <w:p>
      <w:pPr>
        <w:pStyle w:val="Prayer"/>
        <w:widowControl/>
      </w:pPr>
      <w:r>
        <w:t>Falta de agradecimiento hacia Dios y siempre estarse quejando por todo sal en el nombre de Jesús.</w:t>
      </w:r>
    </w:p>
    <w:p>
      <w:pPr>
        <w:pStyle w:val="Prayer"/>
        <w:widowControl/>
      </w:pPr>
      <w:r>
        <w:t>Quejas y quejas fuera en el nombre de Jesús.</w:t>
      </w:r>
    </w:p>
    <w:p>
      <w:pPr>
        <w:pStyle w:val="Prayer"/>
        <w:widowControl/>
      </w:pPr>
      <w:r>
        <w:t>No dar gracias a Dios a todo momento como manda la palabra sal en el nombre de Jesús.</w:t>
      </w:r>
    </w:p>
    <w:p>
      <w:pPr>
        <w:pStyle w:val="Prayer"/>
        <w:widowControl/>
      </w:pPr>
      <w:r>
        <w:t>Falta de arrepentimiento por el pecado cometido fuera en el nombre de Jesús.</w:t>
      </w:r>
    </w:p>
    <w:p>
      <w:pPr>
        <w:pStyle w:val="Prayer"/>
        <w:widowControl/>
      </w:pPr>
      <w:r>
        <w:t>Dureza de corazón sal en el nombre de Jesús.</w:t>
      </w:r>
    </w:p>
    <w:p>
      <w:pPr>
        <w:pStyle w:val="Prayer"/>
        <w:widowControl/>
      </w:pPr>
      <w:r>
        <w:t>Oídos tapados para no poder entender la palabra de Dios, sal en el nombre de Jesucristo.</w:t>
      </w:r>
    </w:p>
    <w:p>
      <w:pPr>
        <w:pStyle w:val="Prayer"/>
        <w:widowControl/>
      </w:pPr>
      <w:r>
        <w:t>Espíritu de estupor fuera en el nombre de Jesús.</w:t>
      </w:r>
    </w:p>
    <w:p>
      <w:pPr>
        <w:pStyle w:val="Prayer"/>
        <w:widowControl/>
      </w:pPr>
      <w:r>
        <w:t>Bloqueo de entendimiento sal en el nombre de Jesús.</w:t>
      </w:r>
    </w:p>
    <w:p>
      <w:pPr>
        <w:pStyle w:val="Prayer"/>
        <w:widowControl/>
      </w:pPr>
      <w:r>
        <w:t>Espíritu de esclavitud te reprendo en el nombre de Jesucristo.</w:t>
      </w:r>
    </w:p>
    <w:p>
      <w:pPr>
        <w:pStyle w:val="Prayer"/>
        <w:widowControl/>
      </w:pPr>
      <w:r>
        <w:t>Espíritu de Egipto y faraón sal en el nombre de Jesús. Brujería egipcia la rompo en el nombre de Jesucristo.</w:t>
      </w:r>
    </w:p>
    <w:p>
      <w:pPr>
        <w:pStyle w:val="Prayer"/>
        <w:widowControl/>
      </w:pPr>
      <w:r>
        <w:t>Toda brujería de todos los continentes enviada en contra nuestra la rompo en el nombre de Jesús.</w:t>
      </w:r>
    </w:p>
    <w:p>
      <w:pPr>
        <w:pStyle w:val="Prayer"/>
        <w:widowControl/>
      </w:pPr>
      <w:r>
        <w:t>Bloqueo de crédito te reprendo en el nombre de Jesús. Mal crédito sal en el nombre de Jesús.</w:t>
      </w:r>
    </w:p>
    <w:p>
      <w:pPr>
        <w:pStyle w:val="Prayer"/>
        <w:widowControl/>
      </w:pPr>
      <w:r>
        <w:t>Desaprobación de crédito fuera en el nombre de Jesús. Retraso de pagos sal en el nombre de Jesucristo.</w:t>
      </w:r>
    </w:p>
    <w:p>
      <w:pPr>
        <w:pStyle w:val="Prayer"/>
        <w:widowControl/>
      </w:pPr>
      <w:r>
        <w:t>Cálculo incorrecto del crédito fuera en el nombre de Jesús. No aprobación sal en el nombre de Jesús.</w:t>
      </w:r>
    </w:p>
    <w:p>
      <w:pPr>
        <w:pStyle w:val="Prayer"/>
        <w:widowControl/>
      </w:pPr>
      <w:r>
        <w:t>Demonios que contaminan en los sueños para robar las bendiciones para robar la liberación lo reprendo en el nombre de Jesús.</w:t>
      </w:r>
    </w:p>
    <w:p>
      <w:pPr>
        <w:pStyle w:val="Prayer"/>
        <w:widowControl/>
      </w:pPr>
      <w:r>
        <w:t>Comida en los sueños sal en el nombre de Jesucristo. Sexo en los sueños fuera en el nombre de Jesús.</w:t>
      </w:r>
    </w:p>
    <w:p>
      <w:pPr>
        <w:pStyle w:val="Prayer"/>
        <w:widowControl/>
      </w:pPr>
      <w:r>
        <w:t>Daño de Jezabel a la psicología a través de mandar haz esto así, haz esto allí, te reprendo en el nombre de Jesús.</w:t>
      </w:r>
    </w:p>
    <w:p>
      <w:pPr>
        <w:pStyle w:val="Prayer"/>
        <w:widowControl/>
      </w:pPr>
      <w:r>
        <w:t>Daño de Jezabel a la psicología y a las habilidades a través de controlar todo lo que las personas que están cerca hacen, te reprendo en el nombre de Jesús.</w:t>
      </w:r>
    </w:p>
    <w:p>
      <w:pPr>
        <w:pStyle w:val="Prayer"/>
        <w:widowControl/>
      </w:pPr>
      <w:r>
        <w:t>Personalidad de Jezabel te reprendo en el nombre de Jesús. Jezabel daño emocional, sal en el nombre de Jesús.</w:t>
      </w:r>
    </w:p>
    <w:p>
      <w:pPr>
        <w:pStyle w:val="Prayer"/>
        <w:widowControl/>
      </w:pPr>
      <w:r>
        <w:t>Jezabel daño a la mente sal en el nombre de Jesucristo. Jezabel daño al cerebro sal en el nombre de Jesús.</w:t>
      </w:r>
    </w:p>
    <w:p>
      <w:pPr>
        <w:pStyle w:val="Prayer"/>
        <w:widowControl/>
      </w:pPr>
      <w:r>
        <w:t>Que todo veneno de Jezabel se deshaga por fuego y por la sangre de Cristo en el nombre de Jesús.</w:t>
      </w:r>
    </w:p>
    <w:p>
      <w:pPr>
        <w:pStyle w:val="Prayer"/>
        <w:widowControl/>
      </w:pPr>
      <w:r>
        <w:t>Jezabel locura sal en el nombre de Jesús.</w:t>
      </w:r>
    </w:p>
    <w:p>
      <w:pPr>
        <w:pStyle w:val="Prayer"/>
        <w:widowControl/>
      </w:pPr>
      <w:r>
        <w:t>Jezabel insanidad fuera en el nombre de Jesucristo. Jezabel doblemente sal en el nombre de Jesús.</w:t>
      </w:r>
    </w:p>
    <w:p>
      <w:pPr>
        <w:pStyle w:val="Prayer"/>
        <w:widowControl/>
      </w:pPr>
      <w:r>
        <w:t>Jezabel bipolaridad fuera en el nombre de Jesucristo. Jezabel confusión sal en el nombre de Jesús.</w:t>
      </w:r>
    </w:p>
    <w:p>
      <w:pPr>
        <w:pStyle w:val="Prayer"/>
        <w:widowControl/>
      </w:pPr>
      <w:r>
        <w:t>Jezabel malos entendidos fuera en el nombre de Jesucristo. Jezabel bloqueo de proyectos sal en el nombre de Jesús.</w:t>
      </w:r>
    </w:p>
    <w:p>
      <w:pPr>
        <w:pStyle w:val="Prayer"/>
        <w:widowControl/>
      </w:pPr>
      <w:r>
        <w:t>Jezabel bloqueo de finanzas sal en el nombre de Jesús. Jezabel ladrona de tiempo fuera en el nombre de Jesús. Jezabel avance despacio sal en el nombre de Jesús.</w:t>
      </w:r>
    </w:p>
    <w:p>
      <w:pPr>
        <w:pStyle w:val="Prayer"/>
        <w:widowControl/>
      </w:pPr>
      <w:r>
        <w:t>Jezabel dar vueltas y vueltas y no poder terminar nada sal en el nombre de Jesús. Pitón te reprendo en el nombre de Jesucristo.</w:t>
      </w:r>
    </w:p>
    <w:p>
      <w:pPr>
        <w:pStyle w:val="Prayer"/>
        <w:widowControl/>
      </w:pPr>
      <w:r>
        <w:t>Jezabel religiosidad sal en el nombre de Jesús.</w:t>
      </w:r>
    </w:p>
    <w:p>
      <w:pPr>
        <w:pStyle w:val="Prayer"/>
        <w:widowControl/>
      </w:pPr>
      <w:r>
        <w:t>Jezabel falsa profecía fuera en el nombre de Jesús.</w:t>
      </w:r>
    </w:p>
    <w:p>
      <w:pPr>
        <w:pStyle w:val="Prayer"/>
        <w:widowControl/>
      </w:pPr>
      <w:r>
        <w:t>Jezabel palabra de conocimiento sal en el nombre de Jesús. Jezabel liberación fuera en el nombre de Jesús.</w:t>
      </w:r>
    </w:p>
    <w:p>
      <w:pPr>
        <w:pStyle w:val="Prayer"/>
        <w:widowControl/>
      </w:pPr>
      <w:r>
        <w:t>Jezabel sanidad sal en el nombre de Jesucristo. Jezabel omicron sal en el nombre de Jesús.</w:t>
      </w:r>
    </w:p>
    <w:p>
      <w:pPr>
        <w:pStyle w:val="Prayer"/>
        <w:widowControl/>
      </w:pPr>
      <w:r>
        <w:t>Jezabel corona virus fuera en el nombre de Jesús. Jezabel depresión sal en el nombre de Jesús.</w:t>
      </w:r>
    </w:p>
    <w:p>
      <w:pPr>
        <w:pStyle w:val="Prayer"/>
        <w:widowControl/>
      </w:pPr>
      <w:r>
        <w:t>Jezabel ansiedad fuera en el nombre de Jesús.</w:t>
      </w:r>
    </w:p>
    <w:p>
      <w:pPr>
        <w:pStyle w:val="Prayer"/>
        <w:widowControl/>
      </w:pPr>
      <w:r>
        <w:t>Jezabel cama de enfermedad sal en el nombre de Jesús. Jezabel desobediencia fuera en el nombre de Jesús.</w:t>
      </w:r>
    </w:p>
    <w:p>
      <w:pPr>
        <w:pStyle w:val="Prayer"/>
        <w:widowControl/>
      </w:pPr>
      <w:r>
        <w:t>Jezabel rebeldía sal en el nombre de Jesús.</w:t>
      </w:r>
    </w:p>
    <w:p>
      <w:pPr>
        <w:pStyle w:val="Prayer"/>
        <w:widowControl/>
      </w:pPr>
      <w:r>
        <w:t>Jezabel que el hombre se someta a la mujer fuera en el nombre de Jesús.</w:t>
      </w:r>
    </w:p>
    <w:p>
      <w:pPr>
        <w:pStyle w:val="Prayer"/>
        <w:widowControl/>
      </w:pPr>
      <w:r>
        <w:t>Acab que el hombre se someta a la mujer sal en el nombre de Jesús.</w:t>
      </w:r>
    </w:p>
    <w:p>
      <w:pPr>
        <w:pStyle w:val="Prayer"/>
        <w:widowControl/>
      </w:pPr>
      <w:r>
        <w:t>Jezabel liderazgo en la mujer sal en el nombre de Jesús.</w:t>
      </w:r>
    </w:p>
    <w:p>
      <w:pPr>
        <w:pStyle w:val="Prayer"/>
        <w:widowControl/>
      </w:pPr>
      <w:r>
        <w:t>Acab bloqueo de liderazgo en el hombre fuera en el nombre de Jesús.</w:t>
      </w:r>
    </w:p>
    <w:p>
      <w:pPr>
        <w:pStyle w:val="Prayer"/>
        <w:widowControl/>
      </w:pPr>
      <w:r>
        <w:t>Jezabel masculinidad en la mujer sal en el nombre de Jesús. Acab feminismo en el hombre sal en el nombre de Jesús.</w:t>
      </w:r>
    </w:p>
    <w:p>
      <w:pPr>
        <w:pStyle w:val="Prayer"/>
        <w:widowControl/>
      </w:pPr>
      <w:r>
        <w:t>Jezabel falsa fuerza en la mujer sal en el nombre de Jesús.</w:t>
      </w:r>
    </w:p>
    <w:p>
      <w:pPr>
        <w:pStyle w:val="Prayer"/>
        <w:widowControl/>
      </w:pPr>
      <w:r>
        <w:t>Acab debilidad en el hombre sal en el nombre de Jesús.</w:t>
      </w:r>
    </w:p>
    <w:p>
      <w:pPr>
        <w:pStyle w:val="Prayer"/>
        <w:widowControl/>
      </w:pPr>
      <w:r>
        <w:t>Jezabel manipulación para que la mujer sea la proveedora del hogar para poder usarla más y para que controle las cosas te reprendo en el nombre de Jesús.</w:t>
      </w:r>
    </w:p>
    <w:p>
      <w:pPr>
        <w:pStyle w:val="Prayer"/>
        <w:widowControl/>
      </w:pPr>
      <w:r>
        <w:t>Acab y Jezabel bloqueo de las finanzas en el hombre para que el hombre no pueda proveer para que sea más fácil de someterse y de dejarse manipular por la mujer sal en el nombre de Jesús.</w:t>
      </w:r>
    </w:p>
    <w:p>
      <w:pPr>
        <w:pStyle w:val="Prayer"/>
        <w:widowControl/>
      </w:pPr>
      <w:r>
        <w:t>Brujería de Jezabel y Acab para cambiar los roles, la rompo en el nombre de Jesús.</w:t>
      </w:r>
    </w:p>
    <w:p>
      <w:pPr>
        <w:pStyle w:val="Prayer"/>
        <w:widowControl/>
      </w:pPr>
      <w:r>
        <w:t>Brujería para que no busquen la santidad con todo su corazón la reprendo en el nombre de Jesús.</w:t>
      </w:r>
    </w:p>
    <w:p>
      <w:pPr>
        <w:pStyle w:val="Prayer"/>
        <w:widowControl/>
      </w:pPr>
      <w:r>
        <w:t>No temor de Dios sal en el nombre de Jesucristo. Jezabel pánico sal en el nombre de Jesús.</w:t>
      </w:r>
    </w:p>
    <w:p>
      <w:pPr>
        <w:pStyle w:val="Prayer"/>
        <w:widowControl/>
      </w:pPr>
      <w:r>
        <w:t>Espíritu de horror te reprendo en el nombre de Jesús. Todo cocodrilo lo reprendo en el nombre de Jesús.</w:t>
      </w:r>
    </w:p>
    <w:p>
      <w:pPr>
        <w:pStyle w:val="Prayer"/>
        <w:widowControl/>
      </w:pPr>
      <w:r>
        <w:t>Espíritu de ignorancia sal en el nombre de Jesús.</w:t>
      </w:r>
    </w:p>
    <w:p>
      <w:pPr>
        <w:pStyle w:val="Prayer"/>
        <w:widowControl/>
      </w:pPr>
      <w:r>
        <w:t>Espíritu de querer atención fuera en el nombre de Jesús. Nerviosismo sal en el nombre de Jesús.</w:t>
      </w:r>
    </w:p>
    <w:p>
      <w:pPr>
        <w:pStyle w:val="Prayer"/>
        <w:widowControl/>
      </w:pPr>
      <w:r>
        <w:t>No poder dormir fuera en el nombre de Jesús.</w:t>
      </w:r>
    </w:p>
    <w:p>
      <w:pPr>
        <w:pStyle w:val="Prayer"/>
        <w:widowControl/>
      </w:pPr>
      <w:r>
        <w:t>Plagas de gusanos la reprendo en el nombre de Jesús.</w:t>
      </w:r>
    </w:p>
    <w:p>
      <w:pPr>
        <w:pStyle w:val="Prayer"/>
        <w:widowControl/>
      </w:pPr>
      <w:r>
        <w:t>Plaga de soldados negros la reprendo en el nombre de Jesús. Maldición de Baphomet la rompo en el nombre de Jesucristo.</w:t>
      </w:r>
    </w:p>
    <w:p>
      <w:pPr>
        <w:pStyle w:val="Prayer"/>
        <w:widowControl/>
      </w:pPr>
      <w:r>
        <w:t>Niños eespirituales que se quemen por fuego en el nombre de Jesús.</w:t>
      </w:r>
    </w:p>
    <w:p>
      <w:pPr>
        <w:pStyle w:val="Prayer"/>
        <w:widowControl/>
      </w:pPr>
      <w:r>
        <w:t>Esposos y esposas eeespirituales que sean destruidos por fuego y por la sangre de Cristo en el nombre de Jesús. Sexo en los sueños sal en el nombre de Jesús.</w:t>
      </w:r>
    </w:p>
    <w:p>
      <w:pPr>
        <w:pStyle w:val="Prayer"/>
        <w:widowControl/>
      </w:pPr>
      <w:r>
        <w:t>Novios y novias eespirituales fuera en el nombre de Jesús.</w:t>
      </w:r>
    </w:p>
    <w:p>
      <w:pPr>
        <w:pStyle w:val="Prayer"/>
        <w:widowControl/>
      </w:pPr>
      <w:r>
        <w:t>No poder decir que no en los sueños sal en el nombre de Jesús.</w:t>
      </w:r>
    </w:p>
    <w:p>
      <w:pPr>
        <w:pStyle w:val="Prayer"/>
        <w:widowControl/>
      </w:pPr>
      <w:r>
        <w:t>Brujería a través de los sueños la reprendo en el nombre de Jesucristo.</w:t>
      </w:r>
    </w:p>
    <w:p>
      <w:pPr>
        <w:pStyle w:val="Prayer"/>
        <w:widowControl/>
      </w:pPr>
      <w:r>
        <w:t>Quejas sal en el nombre de Jesús.</w:t>
      </w:r>
    </w:p>
    <w:p>
      <w:pPr>
        <w:pStyle w:val="Prayer"/>
        <w:widowControl/>
      </w:pPr>
      <w:r>
        <w:t>Maldiciones a la iglesia de Jesucristo las rompo en el nombre de Jesús.</w:t>
      </w:r>
    </w:p>
    <w:p>
      <w:pPr>
        <w:pStyle w:val="Prayer"/>
        <w:widowControl/>
      </w:pPr>
      <w:r>
        <w:t>Sacrificios animales y humanos, oraciones contrarias y ayunos contrarios en contra de la iglesia de Jesucristo los rompo en el nombre de Jesucristo.</w:t>
      </w:r>
    </w:p>
    <w:p>
      <w:pPr>
        <w:pStyle w:val="Prayer"/>
        <w:widowControl/>
      </w:pPr>
      <w:r>
        <w:t>Mamón te reprendo, sal de los hijos de Dios en el nombre de Jesús.</w:t>
      </w:r>
    </w:p>
    <w:p>
      <w:pPr>
        <w:pStyle w:val="Prayer"/>
        <w:widowControl/>
      </w:pPr>
      <w:r>
        <w:t>Devorador te reprendo en el nombre de Jesucristo. Langosta te reprendo en el nombre de Jesús.</w:t>
      </w:r>
    </w:p>
    <w:p>
      <w:pPr>
        <w:pStyle w:val="Prayer"/>
        <w:widowControl/>
      </w:pPr>
      <w:r>
        <w:t>Oruga sal en el nombre de Jesús.</w:t>
      </w:r>
    </w:p>
    <w:p>
      <w:pPr>
        <w:pStyle w:val="Prayer"/>
        <w:widowControl/>
      </w:pPr>
      <w:r>
        <w:t>Ladrón de bendiciones fuera en el nombre de Jesús. Ladrones de ofrenda salen en el nombre de Jesús.</w:t>
      </w:r>
    </w:p>
    <w:p>
      <w:pPr>
        <w:pStyle w:val="Prayer"/>
        <w:widowControl/>
      </w:pPr>
      <w:r>
        <w:t>Bloqueo de ofrenda sal en el nombre de Jesús. Ladrones de gozo sal en el nombre de Jesús.</w:t>
      </w:r>
    </w:p>
    <w:p>
      <w:pPr>
        <w:pStyle w:val="Prayer"/>
        <w:widowControl/>
      </w:pPr>
      <w:r>
        <w:t>Maldiciones enviadas a la iglesia de Jesucristo, para que se derrumbe, la rompo en el nombre de Jesucristo.</w:t>
      </w:r>
    </w:p>
    <w:p>
      <w:pPr>
        <w:pStyle w:val="Prayer"/>
        <w:widowControl/>
      </w:pPr>
      <w:r>
        <w:t>Maldiciones enviadas para que sientan como que es un tormento ser parte de una iglesia como esta, la rompo en el nombre de Jesús.</w:t>
      </w:r>
    </w:p>
    <w:p>
      <w:pPr>
        <w:pStyle w:val="Prayer"/>
        <w:widowControl/>
      </w:pPr>
      <w:r>
        <w:t>Maldiciones enviadas para que aborrezcan a los siervos de Dios, y para que me aborrezcan a mí, yo las rompo en el nombre de Jesús.</w:t>
      </w:r>
    </w:p>
    <w:p>
      <w:pPr>
        <w:pStyle w:val="Prayer"/>
        <w:widowControl/>
      </w:pPr>
      <w:r>
        <w:t>Maldiciones enviadas para que no toleren mi voz, las rompo en el nombre de Jesucristo.</w:t>
      </w:r>
    </w:p>
    <w:p>
      <w:pPr>
        <w:pStyle w:val="Prayer"/>
        <w:widowControl/>
      </w:pPr>
      <w:r>
        <w:t>Maldiciones enviadas para que odien el ministerio las rompo en el nombre de Jesucristo.</w:t>
      </w:r>
    </w:p>
    <w:p>
      <w:pPr>
        <w:pStyle w:val="Prayer"/>
        <w:widowControl/>
      </w:pPr>
      <w:r>
        <w:t>Espíritu de fariseo te reprendo, sal en el nombre de Jesús. Cierre de puertas fuera en el nombre de Jesús.</w:t>
      </w:r>
    </w:p>
    <w:p>
      <w:pPr>
        <w:pStyle w:val="Prayer"/>
        <w:widowControl/>
      </w:pPr>
      <w:r>
        <w:t>Ladrones de avance salen en el nombre de Jesús.</w:t>
      </w:r>
    </w:p>
    <w:p>
      <w:pPr>
        <w:pStyle w:val="Prayer"/>
        <w:widowControl/>
      </w:pPr>
      <w:r>
        <w:t>Ladrones de victoria los reprendo en el nombre de Jesús. Bloqueo a todo lo que hagamos sal en el nombre de Jesús.</w:t>
      </w:r>
    </w:p>
    <w:p>
      <w:pPr>
        <w:pStyle w:val="Prayer"/>
        <w:widowControl/>
      </w:pPr>
      <w:r>
        <w:t>Retaliación por ayunar fuera en el nombre de Jesús.</w:t>
      </w:r>
    </w:p>
    <w:p>
      <w:pPr>
        <w:pStyle w:val="Prayer"/>
        <w:widowControl/>
      </w:pPr>
      <w:r>
        <w:t>Retaliación por recibir liberación sal en el nombre de Jesús. Espíritu de faraón sal en el nombre de Jesucristo.</w:t>
      </w:r>
    </w:p>
    <w:p>
      <w:pPr>
        <w:pStyle w:val="Prayer"/>
        <w:widowControl/>
      </w:pPr>
      <w:r>
        <w:t>Esclavitud al pecado sal en el nombre de Jesús.</w:t>
      </w:r>
    </w:p>
    <w:p>
      <w:pPr>
        <w:pStyle w:val="Prayer"/>
        <w:widowControl/>
      </w:pPr>
      <w:r>
        <w:t>Esclavitud a una rutina sal en el nombre de Jesús.</w:t>
      </w:r>
    </w:p>
    <w:p>
      <w:pPr>
        <w:pStyle w:val="Prayer"/>
        <w:widowControl/>
      </w:pPr>
      <w:r>
        <w:t>Jezabel espíritu de ser callejera sal en el nombre de Jesús.</w:t>
      </w:r>
    </w:p>
    <w:p>
      <w:pPr>
        <w:pStyle w:val="Prayer"/>
        <w:widowControl/>
      </w:pPr>
      <w:r>
        <w:t>Jezabel no poder estar en su casa fuera en el nombre de Jesús.</w:t>
      </w:r>
    </w:p>
    <w:p>
      <w:pPr>
        <w:pStyle w:val="Prayer"/>
        <w:widowControl/>
      </w:pPr>
      <w:r>
        <w:t>Jezabel adicción a las compras, sal en el nombre de Jesús. Jezabel gastos innecesarios fuera en el nombre de Jesús. Jezabel fornicación sal en el nombre de Jesucristo.</w:t>
      </w:r>
    </w:p>
    <w:p>
      <w:pPr>
        <w:pStyle w:val="Prayer"/>
        <w:widowControl/>
      </w:pPr>
      <w:r>
        <w:t>Jezabel fornicación con los ojos fuera en el nombre de Jesús. Jezabel adulterio sal en el nombre de Jesús.</w:t>
      </w:r>
    </w:p>
    <w:p>
      <w:pPr>
        <w:pStyle w:val="Prayer"/>
        <w:widowControl/>
      </w:pPr>
      <w:r>
        <w:t>Jezabel fornicación con el corazón fuera en el nombre de Jesús.</w:t>
      </w:r>
    </w:p>
    <w:p>
      <w:pPr>
        <w:pStyle w:val="Prayer"/>
        <w:widowControl/>
      </w:pPr>
      <w:r>
        <w:t>Jezabel no poder decir que no sal en el nombre de Jesús. Jezabel lujuria que quema fuera en el nombre de Jesús. Sentirse como un fracaso sal en el nombre de Jesús.</w:t>
      </w:r>
    </w:p>
    <w:p>
      <w:pPr>
        <w:pStyle w:val="Prayer"/>
        <w:widowControl/>
      </w:pPr>
      <w:r>
        <w:t>Sentirse hipócrita fuera en el nombre de Jesús. Camino bloqueado sal en el nombre de Jesús. División familiar fuera en el nombre de Jesús.</w:t>
      </w:r>
    </w:p>
    <w:p>
      <w:pPr>
        <w:pStyle w:val="Prayer"/>
        <w:widowControl/>
      </w:pPr>
      <w:r>
        <w:t>Brujería para que crean que es falso lo que hacemos en esta iglesia, la rompo en el nombre de Jesús.</w:t>
      </w:r>
    </w:p>
    <w:p>
      <w:pPr>
        <w:pStyle w:val="Prayer"/>
        <w:widowControl/>
      </w:pPr>
      <w:r>
        <w:t>Espíritu de gente religiosa lo reprendo en el nombre de Jesús.</w:t>
      </w:r>
    </w:p>
    <w:p>
      <w:pPr>
        <w:pStyle w:val="Prayer"/>
        <w:widowControl/>
      </w:pPr>
      <w:r>
        <w:t>Críticas en contra nuestra sal en el nombre de Jesús.</w:t>
      </w:r>
    </w:p>
    <w:p>
      <w:pPr>
        <w:pStyle w:val="Prayer"/>
        <w:widowControl/>
      </w:pPr>
      <w:r>
        <w:t>Chismes en contra nuestra fuera en el nombre de Jesús.</w:t>
      </w:r>
    </w:p>
    <w:p>
      <w:pPr>
        <w:pStyle w:val="Prayer"/>
        <w:widowControl/>
      </w:pPr>
      <w:r>
        <w:t>Quejas en contra nuestra sal en el nombre de Jesús.</w:t>
      </w:r>
    </w:p>
    <w:p>
      <w:pPr>
        <w:pStyle w:val="Prayer"/>
        <w:widowControl/>
      </w:pPr>
      <w:r>
        <w:t>Ingratitud en contra nuestra fuera en el nombre de Jesús. No apreciar las cosas de Dios sal en el nombre de Jesús.</w:t>
      </w:r>
    </w:p>
    <w:p>
      <w:pPr>
        <w:pStyle w:val="Prayer"/>
        <w:widowControl/>
      </w:pPr>
      <w:r>
        <w:t>No apreciar el tiempo que reciben de los siervos de Dios como yo fuera en el nombre de Jesús.</w:t>
      </w:r>
    </w:p>
    <w:p>
      <w:pPr>
        <w:pStyle w:val="Prayer"/>
        <w:widowControl/>
      </w:pPr>
      <w:r>
        <w:t>No apreciar las cadenas que se rompen a través de la oración que reciben, fuera en el nombre de Jesús.</w:t>
      </w:r>
    </w:p>
    <w:p>
      <w:pPr>
        <w:pStyle w:val="Prayer"/>
        <w:widowControl/>
      </w:pPr>
      <w:r>
        <w:t>Demonio que no deja que aprecien las sanidades que reciben a través del esfuerzo de los siervos de Dios, sal en el nombre de Jesús.</w:t>
      </w:r>
    </w:p>
    <w:p>
      <w:pPr>
        <w:pStyle w:val="Prayer"/>
        <w:widowControl/>
      </w:pPr>
      <w:r>
        <w:t>Espíritu de mal agradecido, fuera en el nombre de Jesús.</w:t>
      </w:r>
    </w:p>
    <w:p>
      <w:pPr>
        <w:pStyle w:val="Prayer"/>
        <w:widowControl/>
      </w:pPr>
      <w:r>
        <w:t>Espíritu de no apreciación por la iglesia verdadera de Cristo, sal en el nombre de Jesús.</w:t>
      </w:r>
    </w:p>
    <w:p>
      <w:pPr>
        <w:pStyle w:val="Prayer"/>
        <w:widowControl/>
      </w:pPr>
      <w:r>
        <w:t>Espíritu de no apoyar la verdadera obra de Dios fuera en el nombre de Jesús.</w:t>
      </w:r>
    </w:p>
    <w:p>
      <w:pPr>
        <w:pStyle w:val="Prayer"/>
        <w:widowControl/>
      </w:pPr>
      <w:r>
        <w:t>Espíritu de no entendimiento que el Señor manda, que si son sus hijos deben apoyar su iglesia sal en el nombre de Jesús.</w:t>
      </w:r>
    </w:p>
    <w:p>
      <w:pPr>
        <w:pStyle w:val="Prayer"/>
        <w:widowControl/>
      </w:pPr>
      <w:r>
        <w:t>Espíritu que no les deja entender que no todo el que dice Señor, Señor entrará al reino de Dios, sal en el nombre de Jesús.</w:t>
      </w:r>
    </w:p>
    <w:p>
      <w:pPr>
        <w:pStyle w:val="Prayer"/>
        <w:widowControl/>
      </w:pPr>
      <w:r>
        <w:t>Espíritu que no les deja entender que por sus frutos los conocerán, sal en el nombre de Jesús.</w:t>
      </w:r>
    </w:p>
    <w:p>
      <w:pPr>
        <w:pStyle w:val="Prayer"/>
        <w:widowControl/>
      </w:pPr>
      <w:r>
        <w:t>Espíritu que no les deja entender que si no tienen frutos no serán dignos delante de Dios, fuera en el nombre de Jesús.</w:t>
      </w:r>
    </w:p>
    <w:p>
      <w:pPr>
        <w:pStyle w:val="Prayer"/>
        <w:widowControl/>
      </w:pPr>
      <w:r>
        <w:t>Espíritu de solo buscar beneficio propio pero no querer servir a Jesucristo, fuera en el nombre de Jesús.</w:t>
      </w:r>
    </w:p>
    <w:p>
      <w:pPr>
        <w:pStyle w:val="Prayer"/>
        <w:widowControl/>
      </w:pPr>
      <w:r>
        <w:t>Espíritu que le bloquean para que no den testimonio de lo que Dios hace en un lugar como éste, sal en el nombre de Jesús.</w:t>
      </w:r>
    </w:p>
    <w:p>
      <w:pPr>
        <w:pStyle w:val="Prayer"/>
        <w:widowControl/>
      </w:pPr>
      <w:r>
        <w:t>Demonio que manipulan para que si quieran llevar personas a la iglesia falsa donde son tibios que serán vomitado de la boca de Cristo porque no hacen la obra de Dios sal en el nombre de Jesús.</w:t>
      </w:r>
    </w:p>
    <w:p>
      <w:pPr>
        <w:pStyle w:val="Prayer"/>
        <w:widowControl/>
      </w:pPr>
      <w:r>
        <w:t>Demonios de apostasía lo reprendo en el nombre de Jesucristo. Críticas hacia los siervos de Dios, sal en el nombre de Jesús.</w:t>
      </w:r>
    </w:p>
    <w:p>
      <w:pPr>
        <w:pStyle w:val="Prayer"/>
        <w:widowControl/>
      </w:pPr>
      <w:r>
        <w:t>Brujos y brujas que maldicen a través de WhatsApp, lo reprendo en el nombre de Jesús.</w:t>
      </w:r>
    </w:p>
    <w:p>
      <w:pPr>
        <w:pStyle w:val="Prayer"/>
        <w:widowControl/>
      </w:pPr>
      <w:r>
        <w:t>Brujos y brujas que maldicen a través de Facebook y de YouTube, lo reprendo en el nombre de Jesús.</w:t>
      </w:r>
    </w:p>
    <w:p>
      <w:pPr>
        <w:pStyle w:val="Prayer"/>
        <w:widowControl/>
      </w:pPr>
      <w:r>
        <w:t>Toda la brujería escrita o enviada, yo la rompo en el nombre de Jesús.</w:t>
      </w:r>
    </w:p>
    <w:p>
      <w:pPr>
        <w:pStyle w:val="Prayer"/>
        <w:widowControl/>
      </w:pPr>
      <w:r>
        <w:t>Toda brujería enviada a través de mensajes de texto, de fotos, de vídeos, de audios, la rompo en el nombre de Jesucristo.</w:t>
      </w:r>
    </w:p>
    <w:p>
      <w:pPr>
        <w:pStyle w:val="Prayer"/>
        <w:widowControl/>
      </w:pPr>
      <w:r>
        <w:t>Yo ato el poder satánico de los brujos y las brujas que se han exaltado ante el conocimiento de Dios y han venido a maldecirnos, en el nombre de Jesucristo, y todos los rituales que hicieron para recibir poder o para maldecirnos a cualquiera de nosotros o de los que han creído en lo que Dios está haciendo en este lugar o de lo que sigue esta iglesia, especialmente los que son parte de esta iglesia, yo los rompo en el nombre de Jesús, yo cubro todas las obras del enemigo con la sangre de Cristo, que la justicia de Dios se haga contra todas las obras del enemigo en el nombre de Jesucristo, que descienda fuego sobre los brujos y las brujas que nos han maldecido, en el nombre de Jesús, que el terror de Dios caiga sobre todo brujo y bruja que nos haya maldecido, en el nombre de Jesucristo, que un gran pánico del señor caiga sobre todo brujo y bruja que nos haya maldecido, en el nombre de Jesucristo.</w:t>
      </w:r>
    </w:p>
    <w:p>
      <w:pPr>
        <w:pStyle w:val="Prayer"/>
        <w:widowControl/>
      </w:pPr>
      <w:r>
        <w:t>Hay poder en el nombre de Jesús, yo ato a la bestia en el nombre de Jesús.</w:t>
      </w:r>
    </w:p>
    <w:p>
      <w:pPr>
        <w:pStyle w:val="Prayer"/>
        <w:widowControl/>
      </w:pPr>
      <w:r>
        <w:t>Yo ato al Anticristo en el nombre de Jesús. Yo ato a Satanás en el nombre de Jesús.</w:t>
      </w:r>
    </w:p>
    <w:p>
      <w:pPr>
        <w:pStyle w:val="Prayer"/>
        <w:widowControl/>
      </w:pPr>
      <w:r>
        <w:t>Yo ato a Belcebú en el nombre de Jesús.</w:t>
      </w:r>
    </w:p>
    <w:p>
      <w:pPr>
        <w:pStyle w:val="Prayer"/>
        <w:widowControl/>
      </w:pPr>
      <w:r>
        <w:t>Yo ato a Baal en el nombre de Jesús.</w:t>
      </w:r>
    </w:p>
    <w:p>
      <w:pPr>
        <w:pStyle w:val="Prayer"/>
        <w:widowControl/>
      </w:pPr>
      <w:r>
        <w:t>Yo ato Astharot en el nombre de Jesús.</w:t>
      </w:r>
    </w:p>
    <w:p>
      <w:pPr>
        <w:pStyle w:val="Prayer"/>
        <w:widowControl/>
      </w:pPr>
      <w:r>
        <w:t>Yo ato a pitón en el nombre de Jesús.</w:t>
      </w:r>
    </w:p>
    <w:p>
      <w:pPr>
        <w:pStyle w:val="Prayer"/>
        <w:widowControl/>
      </w:pPr>
      <w:r>
        <w:t>Yo ato a asmodeo en el nombre de Jesús. Yo ato a Jezabel en el nombre de Jesús.</w:t>
      </w:r>
    </w:p>
    <w:p>
      <w:pPr>
        <w:pStyle w:val="Prayer"/>
        <w:widowControl/>
      </w:pPr>
      <w:r>
        <w:t>Yo ato a la reina de la costa en el nombre de Jesús. Yo ato a la reina del mar en el nombre de Jesús.</w:t>
      </w:r>
    </w:p>
    <w:p>
      <w:pPr>
        <w:pStyle w:val="Prayer"/>
        <w:widowControl/>
      </w:pPr>
      <w:r>
        <w:t>Yo ato a la reina de los cielos en el nombre de Jesús.</w:t>
      </w:r>
    </w:p>
    <w:p>
      <w:pPr>
        <w:pStyle w:val="Prayer"/>
        <w:widowControl/>
      </w:pPr>
      <w:r>
        <w:t>Yo ato al príncipe de Persia en el nombre de Jesús, junto al rey de Grecia en el nombre de Jesús.</w:t>
      </w:r>
    </w:p>
    <w:p>
      <w:pPr>
        <w:pStyle w:val="Prayer"/>
        <w:widowControl/>
      </w:pPr>
      <w:r>
        <w:t>Yo ato al rey de Egipto en el nombre de Jesús. Ato al faraón en el nombre de Jesús.</w:t>
      </w:r>
    </w:p>
    <w:p>
      <w:pPr>
        <w:pStyle w:val="Prayer"/>
        <w:widowControl/>
      </w:pPr>
      <w:r>
        <w:t>Ato al ojo que todo lo ve en el nombre de Jesús.</w:t>
      </w:r>
    </w:p>
    <w:p>
      <w:pPr>
        <w:pStyle w:val="Prayer"/>
        <w:widowControl/>
      </w:pPr>
      <w:r>
        <w:t>Que la piel de cada principado que ha venido en contra de la iglesia de Cristo se le deshaga mientras ellos están de pie, en el nombre de Jesucristo.</w:t>
      </w:r>
    </w:p>
    <w:p>
      <w:pPr>
        <w:pStyle w:val="Prayer"/>
        <w:widowControl/>
      </w:pPr>
      <w:r>
        <w:t>Que la lengua de cada uno se le deshaga en su boca en el nombre de Jesús.</w:t>
      </w:r>
    </w:p>
    <w:p>
      <w:pPr>
        <w:pStyle w:val="Prayer"/>
        <w:widowControl/>
      </w:pPr>
      <w:r>
        <w:t>Que los ojos de cada uno se deshagan hasta la cuenca en el nombre de Jesucristo.</w:t>
      </w:r>
    </w:p>
    <w:p>
      <w:pPr>
        <w:pStyle w:val="Prayer"/>
        <w:widowControl/>
      </w:pPr>
      <w:r>
        <w:t>Que un gran pánico del Señor caiga sobre todos los que oponen, en el nombre de Jesús.</w:t>
      </w:r>
    </w:p>
    <w:p>
      <w:pPr>
        <w:pStyle w:val="Prayer"/>
        <w:widowControl/>
      </w:pPr>
      <w:r>
        <w:t>Que descienda fuego y destruya toda la oscuridad en el nombre de Jesús.</w:t>
      </w:r>
    </w:p>
    <w:p>
      <w:pPr>
        <w:pStyle w:val="Prayer"/>
        <w:widowControl/>
      </w:pPr>
      <w:r>
        <w:t>Yo cubro las obras, las tareas, las actividades que cada uno de ustedes emprendan en este día con la sangre de Cristo.</w:t>
      </w:r>
    </w:p>
    <w:p>
      <w:pPr>
        <w:pStyle w:val="Prayer"/>
        <w:widowControl/>
      </w:pPr>
      <w:r>
        <w:t>Yo cubro a cada persona que se acerque a usted con la sangre de Cristo.</w:t>
      </w:r>
    </w:p>
    <w:p>
      <w:pPr>
        <w:pStyle w:val="Prayer"/>
        <w:widowControl/>
      </w:pPr>
      <w:r>
        <w:t>Que descienda fuego y destruya todas las obras del enemigo, que quiera usar personas en contra nuestra o que quiera oponer las tareas, las actividades, y labores de este día y nosotros en el nombre de Jesús, que todas las obras de las tinieblas sean consumida por la sangre de Cristo y por fuego en el nombre de Jesús.</w:t>
      </w:r>
    </w:p>
    <w:p>
      <w:pPr>
        <w:pStyle w:val="Prayer"/>
        <w:widowControl/>
      </w:pPr>
      <w:r>
        <w:t>Y en el nombre de Jesucristo hemos orado amen y amen.</w:t>
      </w:r>
    </w:p>
    <w:p>
      <w:pPr>
        <w:pStyle w:val="Prayer"/>
        <w:widowControl/>
      </w:pPr>
      <w:r>
        <w:t>Que un gran pánico del Señor caiga sobre todos los que oponen, en el nombre de Jesús.</w:t>
      </w:r>
    </w:p>
    <w:p>
      <w:pPr>
        <w:pStyle w:val="Prayer"/>
        <w:widowControl/>
      </w:pPr>
      <w:r>
        <w:t>Que descienda fuego y destruya toda la oscuridad en el nombre de Jesús.</w:t>
      </w:r>
    </w:p>
    <w:p>
      <w:pPr>
        <w:pStyle w:val="Prayer"/>
        <w:widowControl/>
      </w:pPr>
      <w:r>
        <w:t>Yo cubro las obras, las tareas, las actividades que cada uno de ustedes emprendan en este día con la sangre de Cristo.</w:t>
      </w:r>
    </w:p>
    <w:p>
      <w:pPr>
        <w:pStyle w:val="Prayer"/>
        <w:widowControl/>
      </w:pPr>
      <w:r>
        <w:t>Yo cubro a cada persona que se acerque a usted con la sangre de Cristo.</w:t>
      </w:r>
    </w:p>
    <w:p>
      <w:pPr>
        <w:pStyle w:val="Prayer"/>
        <w:widowControl/>
      </w:pPr>
      <w:r>
        <w:t>Que descienda fuego y destruya todas las obras del enemigo, que quiera usar personas en contra nuestra o que quiera oponer las tareas, las actividades, y labores de este día y nosotros en el nombre de Jesús, que todas las obras de las tinieblas sean consumida por la sangre de Cristo y por fuego en el nombre de Jesús.</w:t>
      </w:r>
    </w:p>
    <w:p>
      <w:pPr>
        <w:pStyle w:val="Prayer"/>
        <w:widowControl/>
      </w:pPr>
      <w:r>
        <w:t>Y en el nombre de Jesucristo hemos orado amen y amen.</w:t>
      </w:r>
    </w:p>
    <w:p>
      <w:r>
        <w:br w:type="page"/>
      </w:r>
    </w:p>
    <w:p>
      <w:pPr>
        <w:pStyle w:val="Heading1"/>
      </w:pPr>
      <w:r>
        <w:t>CONCLUSIÓN</w:t>
      </w:r>
    </w:p>
    <w:p>
      <w:pPr>
        <w:widowControl/>
      </w:pPr>
      <w:r>
        <w:t>Felicidades si concluiste la lectura de este libro, al hacerlo has aportado un poquito al avance del reino de Dios.</w:t>
      </w:r>
    </w:p>
    <w:p>
      <w:pPr>
        <w:widowControl/>
      </w:pPr>
      <w:r>
        <w:t>Deseo que hayan sido edificados al finalizar este libro. Le recuerdo de la importancia de perseverar y ser consistente para obtener la victoria; pronto estaremos publicando una serie de libros de oración y enseñanzas sobre la guerra eespiritual más amplia y profundas suscríbanse en nuestra página https://jesusreydereyes. com/ para ser notificados cuando sean publicados.</w:t>
      </w:r>
    </w:p>
    <w:p>
      <w:pPr>
        <w:widowControl/>
        <w:jc w:val="center"/>
      </w:pPr>
      <w:r>
        <w:t>Cordialmente,</w:t>
        <w:br/>
        <w:t>Pastor Francisco Gómez</w:t>
      </w:r>
    </w:p>
    <w:p>
      <w:r>
        <w:br w:type="page"/>
      </w:r>
    </w:p>
    <w:p>
      <w:pPr>
        <w:pStyle w:val="Heading1"/>
      </w:pPr>
      <w:r>
        <w:t>PRÓXIMAS PUBLICACIONES</w:t>
      </w:r>
    </w:p>
    <w:p>
      <w:pPr>
        <w:pStyle w:val="ListBullet"/>
        <w:widowControl/>
      </w:pPr>
      <w:r>
        <w:t>Oración de Intercesión y Guerra Espiritual: intercesión por la familia, el matrimonio, las finanzas, los hijos y la Iglesia. Versión 2.</w:t>
      </w:r>
    </w:p>
    <w:p>
      <w:pPr>
        <w:pStyle w:val="ListBullet"/>
        <w:widowControl/>
      </w:pPr>
      <w:r>
        <w:t>Guerra Espiritual por las Finanzas - Exponiendo el Reino de las Tinieblas, Oración y Guerra Espiritual #2.</w:t>
      </w:r>
    </w:p>
    <w:p>
      <w:pPr>
        <w:pStyle w:val="ListBullet"/>
        <w:widowControl/>
      </w:pPr>
      <w:r>
        <w:t>Revelación del Autismo | Liberación del Autismo | Guerra Espiritual - #3.</w:t>
      </w:r>
    </w:p>
    <w:p>
      <w:pPr>
        <w:pStyle w:val="ListBullet"/>
        <w:widowControl/>
      </w:pPr>
      <w:r>
        <w:t>Guerra Espiritual por el Matrimonio - #4.</w:t>
      </w:r>
    </w:p>
    <w:p>
      <w:pPr>
        <w:pStyle w:val="ListBullet"/>
        <w:widowControl/>
      </w:pPr>
      <w:r>
        <w:t>Revelación del Cáncer y Tumor | Guerra Espiritual - #5.</w:t>
      </w:r>
    </w:p>
    <w:p>
      <w:pPr>
        <w:pStyle w:val="ListBullet"/>
        <w:widowControl/>
      </w:pPr>
      <w:r>
        <w:t>Exponiendo y Destruyendo a Jezabel | Guerra Espiritual - #6.</w:t>
      </w:r>
    </w:p>
    <w:p>
      <w:pPr>
        <w:pStyle w:val="ListBullet"/>
        <w:widowControl/>
      </w:pPr>
      <w:r>
        <w:t>Exponiendo y Destruyendo a Asmodeo | Guerra Espiritual - #7.</w:t>
      </w:r>
    </w:p>
    <w:p>
      <w:pPr>
        <w:pStyle w:val="ListBullet"/>
        <w:widowControl/>
      </w:pPr>
      <w:r>
        <w:t>Exponiendo y Destruyendo a Leviatán | Guerra Espiritual - #8.</w:t>
      </w:r>
    </w:p>
    <w:p>
      <w:pPr>
        <w:pStyle w:val="ListBullet"/>
        <w:widowControl/>
      </w:pPr>
      <w:r>
        <w:t>Exponiendo y Destruyendo Altares y Brujería | Guerra Espiritual - #9.</w:t>
      </w:r>
    </w:p>
    <w:p>
      <w:pPr>
        <w:pStyle w:val="Heading2"/>
      </w:pPr>
      <w:r>
        <w:t>MANTENTE EN CONTACTO</w:t>
      </w:r>
    </w:p>
    <w:p>
      <w:pPr>
        <w:widowControl/>
        <w:jc w:val="center"/>
      </w:pPr>
      <w:r>
        <w:t>Visita jesusreydereyes.com, suscríbete a nuestros canales de YouTube o participa en las ministraciones diarias mediante zoom.us/j/9490200658.</w:t>
      </w:r>
    </w:p>
    <w:sectPr w:rsidR="00FC693F" w:rsidRPr="0006063C" w:rsidSect="00034616">
      <w:headerReference w:type="default" r:id="rId10"/>
      <w:footerReference w:type="default" r:id="rId11"/>
      <w:pgSz w:w="7920" w:h="12240"/>
      <w:pgMar w:top="979" w:right="893" w:bottom="936" w:left="1037" w:header="36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aramond" w:hAnsi="Garamond"/>
        <w:color w:val="666666"/>
        <w:sz w:val="14"/>
      </w:rPr>
      <w:t>IGLESIA JESÚS REY DE REYES | ORACIÓN DE INTERCESIÓN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76" w:lineRule="auto"/>
      <w:jc w:val="both"/>
    </w:pPr>
    <w:rPr>
      <w:rFonts w:ascii="Garamond" w:hAnsi="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80"/>
      <w:jc w:val="left"/>
      <w:outlineLvl w:val="0"/>
    </w:pPr>
    <w:rPr>
      <w:rFonts w:asciiTheme="majorHAnsi" w:eastAsiaTheme="majorEastAsia" w:hAnsiTheme="majorHAnsi" w:cstheme="majorBidi" w:ascii="Garamond" w:hAnsi="Garamond"/>
      <w:b/>
      <w:bCs/>
      <w:color w:val="0C5893"/>
      <w:sz w:val="34"/>
      <w:szCs w:val="28"/>
    </w:rPr>
  </w:style>
  <w:style w:type="paragraph" w:styleId="Heading2">
    <w:name w:val="heading 2"/>
    <w:basedOn w:val="Normal"/>
    <w:next w:val="Normal"/>
    <w:link w:val="Heading2Char"/>
    <w:uiPriority w:val="9"/>
    <w:unhideWhenUsed/>
    <w:qFormat/>
    <w:rsid w:val="00FC693F"/>
    <w:pPr>
      <w:keepNext/>
      <w:keepLines/>
      <w:spacing w:before="240" w:after="120"/>
      <w:jc w:val="left"/>
      <w:outlineLvl w:val="1"/>
    </w:pPr>
    <w:rPr>
      <w:rFonts w:asciiTheme="majorHAnsi" w:eastAsiaTheme="majorEastAsia" w:hAnsiTheme="majorHAnsi" w:cstheme="majorBidi" w:ascii="Garamond" w:hAnsi="Garamond"/>
      <w:b/>
      <w:bCs/>
      <w:color w:val="0C5893"/>
      <w:sz w:val="27"/>
      <w:szCs w:val="26"/>
    </w:rPr>
  </w:style>
  <w:style w:type="paragraph" w:styleId="Heading3">
    <w:name w:val="heading 3"/>
    <w:basedOn w:val="Normal"/>
    <w:next w:val="Normal"/>
    <w:link w:val="Heading3Char"/>
    <w:uiPriority w:val="9"/>
    <w:unhideWhenUsed/>
    <w:qFormat/>
    <w:rsid w:val="00FC693F"/>
    <w:pPr>
      <w:keepNext/>
      <w:keepLines/>
      <w:spacing w:before="180" w:after="80"/>
      <w:jc w:val="left"/>
      <w:outlineLvl w:val="2"/>
    </w:pPr>
    <w:rPr>
      <w:rFonts w:asciiTheme="majorHAnsi" w:eastAsiaTheme="majorEastAsia" w:hAnsiTheme="majorHAnsi" w:cstheme="majorBidi" w:ascii="Garamond" w:hAnsi="Garamond"/>
      <w:b/>
      <w:bCs/>
      <w:color w:val="17366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76" w:lineRule="auto"/>
      <w:ind w:left="403" w:hanging="230"/>
      <w:contextualSpacing/>
      <w:jc w:val="left"/>
    </w:pPr>
    <w:rPr>
      <w:rFonts w:ascii="Garamond" w:hAnsi="Garamond"/>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ayer">
    <w:name w:val="Prayer"/>
    <w:pPr>
      <w:spacing w:after="100" w:line="276" w:lineRule="auto"/>
      <w:jc w:val="both"/>
    </w:pPr>
    <w:rPr>
      <w:rFonts w:ascii="Garamond" w:hAnsi="Garamond"/>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yperlink" Target="https://jesusreydereyes.com/" TargetMode="External"/><Relationship Id="rId13" Type="http://schemas.openxmlformats.org/officeDocument/2006/relationships/hyperlink" Target="https://jesusreydereyes.com/eventos/" TargetMode="External"/><Relationship Id="rId14" Type="http://schemas.openxmlformats.org/officeDocument/2006/relationships/hyperlink" Target="https://jesusreydereyes.com/category/oraciones/" TargetMode="External"/><Relationship Id="rId15" Type="http://schemas.openxmlformats.org/officeDocument/2006/relationships/hyperlink" Target="https://jesusreydereyes.com/category/ensenanzas/" TargetMode="External"/><Relationship Id="rId16" Type="http://schemas.openxmlformats.org/officeDocument/2006/relationships/hyperlink" Target="https://jesusreydereyes.com/testimonios/" TargetMode="External"/><Relationship Id="rId17" Type="http://schemas.openxmlformats.org/officeDocument/2006/relationships/hyperlink" Target="https://jesusreydereyes.com/contactanos/" TargetMode="External"/><Relationship Id="rId18" Type="http://schemas.openxmlformats.org/officeDocument/2006/relationships/hyperlink" Target="https://www.youtube.com/@guerraespiritualFranciscoGomez" TargetMode="External"/><Relationship Id="rId19" Type="http://schemas.openxmlformats.org/officeDocument/2006/relationships/hyperlink" Target="https://www.youtube.com/@jesuskingofkingschurch7273/videos" TargetMode="External"/><Relationship Id="rId20" Type="http://schemas.openxmlformats.org/officeDocument/2006/relationships/hyperlink" Target="https://jesusreydereyes.com/ofre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Oración de Intercesión y Guerra Espiritual - versión corregida</dc:title>
  <dc:subject>Oración por la familia, las finanzas y la Iglesia</dc:subject>
  <dc:creator>Pastor Francisco Gómez</dc:creator>
  <cp:keywords/>
  <dc:description>Edición corregida y formateada para lectura e impresión.</dc:description>
  <cp:lastModifiedBy/>
  <cp:revision>1</cp:revision>
  <dcterms:created xsi:type="dcterms:W3CDTF">2013-12-23T23:15:00Z</dcterms:created>
  <dcterms:modified xsi:type="dcterms:W3CDTF">2013-12-23T23:15:00Z</dcterms:modified>
  <cp:category/>
</cp:coreProperties>
</file>